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Lilas, 75011 Paris]</w:t>
      </w:r>
    </w:p>
    <w:p>
      <w:pPr>
        <w:spacing w:after="0"/>
      </w:pPr>
      <w:r>
        <w:rPr>
          <w:b w:val="0"/>
          <w:color w:val="2446A6"/>
        </w:rPr>
        <w:t>[06 12 34 56 78 — prenom.nom@email.fr]</w:t>
      </w:r>
    </w:p>
    <w:p/>
    <w:p>
      <w:pPr>
        <w:spacing w:after="0"/>
        <w:jc w:val="right"/>
      </w:pPr>
      <w:r>
        <w:rPr>
          <w:b w:val="0"/>
        </w:rPr>
        <w:t>Madame Claire Fontaine</w:t>
      </w:r>
    </w:p>
    <w:p>
      <w:pPr>
        <w:spacing w:after="0"/>
        <w:jc w:val="right"/>
      </w:pPr>
      <w:r>
        <w:rPr>
          <w:b w:val="0"/>
        </w:rPr>
        <w:t>Responsable recrutement — Maison Verte</w:t>
      </w:r>
    </w:p>
    <w:p>
      <w:pPr>
        <w:spacing w:after="0"/>
        <w:jc w:val="right"/>
      </w:pPr>
      <w:r>
        <w:rPr>
          <w:b w:val="0"/>
        </w:rPr>
        <w:t>8 avenue de la République, 69003 Lyon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[Paris]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>Objet : candidature au poste de conseiller de vente (réf. CV-2026-114)</w:t>
      </w:r>
    </w:p>
    <w:p/>
    <w:p>
      <w:r>
        <w:rPr>
          <w:b w:val="0"/>
        </w:rPr>
        <w:t>Madame,</w:t>
      </w:r>
    </w:p>
    <w:p>
      <w:r>
        <w:rPr>
          <w:b w:val="0"/>
        </w:rPr>
        <w:t xml:space="preserve">Votre annonce publiée sur le site de Maison Verte pour un poste de conseiller de vente en boutique m'a conduite à vous adresser mon dossier. Attachée à la relation client depuis </w:t>
      </w:r>
      <w:r>
        <w:rPr>
          <w:b w:val="0"/>
          <w:color w:val="2446A6"/>
        </w:rPr>
        <w:t>[quatre saisons en prêt-à-porter féminin]</w:t>
      </w:r>
      <w:r>
        <w:rPr>
          <w:b w:val="0"/>
        </w:rPr>
        <w:t>, je souhaite mettre cette expérience au service de votre magasin lyonnais.</w:t>
      </w:r>
    </w:p>
    <w:p>
      <w:r>
        <w:rPr>
          <w:b w:val="0"/>
        </w:rPr>
        <w:t xml:space="preserve">En tant que conseillère chez </w:t>
      </w:r>
      <w:r>
        <w:rPr>
          <w:b w:val="0"/>
          <w:color w:val="2446A6"/>
        </w:rPr>
        <w:t>[Enseigne A]</w:t>
      </w:r>
      <w:r>
        <w:rPr>
          <w:b w:val="0"/>
        </w:rPr>
        <w:t xml:space="preserve">, j'ai tenu un objectif mensuel de </w:t>
      </w:r>
      <w:r>
        <w:rPr>
          <w:b w:val="0"/>
          <w:color w:val="2446A6"/>
        </w:rPr>
        <w:t>[38 000 €]</w:t>
      </w:r>
      <w:r>
        <w:rPr>
          <w:b w:val="0"/>
        </w:rPr>
        <w:t xml:space="preserve"> de chiffre d'affaires individuel, avec un taux de transformation de </w:t>
      </w:r>
      <w:r>
        <w:rPr>
          <w:b w:val="0"/>
          <w:color w:val="2446A6"/>
        </w:rPr>
        <w:t>[24 %]</w:t>
      </w:r>
      <w:r>
        <w:rPr>
          <w:b w:val="0"/>
        </w:rPr>
        <w:t xml:space="preserve"> sur les clientes reçues en cabine. J'ai également formé </w:t>
      </w:r>
      <w:r>
        <w:rPr>
          <w:b w:val="0"/>
          <w:color w:val="2446A6"/>
        </w:rPr>
        <w:t>[trois nouvelles vendeuses]</w:t>
      </w:r>
      <w:r>
        <w:rPr>
          <w:b w:val="0"/>
        </w:rPr>
        <w:t xml:space="preserve"> à la méthode de vente et à l'encaissement, ce qui m'a permis de seconder la responsable pendant son congé maternité.</w:t>
      </w:r>
    </w:p>
    <w:p>
      <w:r>
        <w:rPr>
          <w:b w:val="0"/>
        </w:rPr>
        <w:t xml:space="preserve">Votre positionnement sur le prêt-à-porter responsable correspond à ce que je pratique au quotidien : conseil sur les matières, entretien des pièces, fidélisation par la carte de la maison. Je suis disponible pour une prise de poste au </w:t>
      </w:r>
      <w:r>
        <w:rPr>
          <w:b w:val="0"/>
          <w:color w:val="2446A6"/>
        </w:rPr>
        <w:t>[1er novembre 2026]</w:t>
      </w:r>
      <w:r>
        <w:rPr>
          <w:b w:val="0"/>
        </w:rPr>
        <w:t xml:space="preserve"> et mobile sur l'ensemble de la métropole lyonnaise.</w:t>
      </w:r>
    </w:p>
    <w:p>
      <w:r>
        <w:rPr>
          <w:b w:val="0"/>
        </w:rPr>
        <w:t xml:space="preserve">Vous trouverez ci-joint mon CV avec photographie récente, ainsi qu'une lettre de recommandation de </w:t>
      </w:r>
      <w:r>
        <w:rPr>
          <w:b w:val="0"/>
          <w:color w:val="2446A6"/>
        </w:rPr>
        <w:t>[Madame B., directrice du magasin {Enseigne A]</w:t>
      </w:r>
      <w:r>
        <w:rPr>
          <w:b w:val="0"/>
        </w:rPr>
        <w:t xml:space="preserve"> — Part-Dieu}. Je me tiens à votre disposition pour un entretien de vente en boutique ou en visioconférence.</w:t>
      </w:r>
    </w:p>
    <w:p>
      <w:r>
        <w:rPr>
          <w:b w:val="0"/>
        </w:rPr>
        <w:t>Je vous prie d'agréer, Madame,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CV avec photo, lettre de recommandation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Faut-il mettre une photo sur son CV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