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  <w:color w:val="2446A6"/>
        </w:rPr>
        <w:t>[Adresse de l'entreprise]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au poste de </w:t>
      </w:r>
      <w:r>
        <w:rPr>
          <w:b/>
          <w:color w:val="2446A6"/>
        </w:rPr>
        <w:t>[Assistant commercial]</w:t>
      </w:r>
      <w:r>
        <w:rPr>
          <w:b/>
        </w:rPr>
        <w:t xml:space="preserve"> – Réf. </w:t>
      </w:r>
      <w:r>
        <w:rPr>
          <w:b/>
          <w:color w:val="2446A6"/>
        </w:rPr>
        <w:t>[REF123]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Votre offre pour le poste de </w:t>
      </w:r>
      <w:r>
        <w:rPr>
          <w:b w:val="0"/>
          <w:color w:val="2446A6"/>
        </w:rPr>
        <w:t>[Assistant commercial]</w:t>
      </w:r>
      <w:r>
        <w:rPr>
          <w:b w:val="0"/>
        </w:rPr>
        <w:t xml:space="preserve"> au sein de </w:t>
      </w:r>
      <w:r>
        <w:rPr>
          <w:b w:val="0"/>
          <w:color w:val="2446A6"/>
        </w:rPr>
        <w:t>[Nom de l’entreprise]</w:t>
      </w:r>
      <w:r>
        <w:rPr>
          <w:b w:val="0"/>
        </w:rPr>
        <w:t xml:space="preserve"> a retenu toute mon attention. Spécialisée dans </w:t>
      </w:r>
      <w:r>
        <w:rPr>
          <w:b w:val="0"/>
          <w:color w:val="2446A6"/>
        </w:rPr>
        <w:t>[le secteur de la logistique]</w:t>
      </w:r>
      <w:r>
        <w:rPr>
          <w:b w:val="0"/>
        </w:rPr>
        <w:t xml:space="preserve">, votre entreprise se distingue par </w:t>
      </w:r>
      <w:r>
        <w:rPr>
          <w:b w:val="0"/>
          <w:color w:val="2446A6"/>
        </w:rPr>
        <w:t>[sa croissance de 15 % sur le marché européen]</w:t>
      </w:r>
      <w:r>
        <w:rPr>
          <w:b w:val="0"/>
        </w:rPr>
        <w:t>, et je souhaite y contribuer par mon sens de l’organisation et ma réactivité.</w:t>
      </w:r>
    </w:p>
    <w:p>
      <w:r>
        <w:rPr>
          <w:b w:val="0"/>
        </w:rPr>
        <w:t xml:space="preserve">Titulaire d’un </w:t>
      </w:r>
      <w:r>
        <w:rPr>
          <w:b w:val="0"/>
          <w:color w:val="2446A6"/>
        </w:rPr>
        <w:t>[BTS Management Commercial Opérationnel]</w:t>
      </w:r>
      <w:r>
        <w:rPr>
          <w:b w:val="0"/>
        </w:rPr>
        <w:t xml:space="preserve">, j’ai développé pendant </w:t>
      </w:r>
      <w:r>
        <w:rPr>
          <w:b w:val="0"/>
          <w:color w:val="2446A6"/>
        </w:rPr>
        <w:t>[deux ans]</w:t>
      </w:r>
      <w:r>
        <w:rPr>
          <w:b w:val="0"/>
        </w:rPr>
        <w:t xml:space="preserve"> chez </w:t>
      </w:r>
      <w:r>
        <w:rPr>
          <w:b w:val="0"/>
          <w:color w:val="2446A6"/>
        </w:rPr>
        <w:t>[Nom de l’ancien employeur]</w:t>
      </w:r>
      <w:r>
        <w:rPr>
          <w:b w:val="0"/>
        </w:rPr>
        <w:t xml:space="preserve"> une expertise en gestion de la relation client et en suivi administratif des ventes. J’y ai notamment </w:t>
      </w:r>
      <w:r>
        <w:rPr>
          <w:b w:val="0"/>
          <w:color w:val="2446A6"/>
        </w:rPr>
        <w:t>[réduit de 20 % le délai de traitement des commandes]</w:t>
      </w:r>
      <w:r>
        <w:rPr>
          <w:b w:val="0"/>
        </w:rPr>
        <w:t xml:space="preserve"> en mettant en place un nouvel outil de suivi partagé avec l’équipe commerciale.</w:t>
      </w:r>
    </w:p>
    <w:p>
      <w:r>
        <w:rPr>
          <w:b w:val="0"/>
        </w:rPr>
        <w:t xml:space="preserve">Rejoindre </w:t>
      </w:r>
      <w:r>
        <w:rPr>
          <w:b w:val="0"/>
          <w:color w:val="2446A6"/>
        </w:rPr>
        <w:t>[Nom de l’entreprise]</w:t>
      </w:r>
      <w:r>
        <w:rPr>
          <w:b w:val="0"/>
        </w:rPr>
        <w:t xml:space="preserve"> me permettrait de mettre cette rigueur au service de votre force de vente. Votre projet de </w:t>
      </w:r>
      <w:r>
        <w:rPr>
          <w:b w:val="0"/>
          <w:color w:val="2446A6"/>
        </w:rPr>
        <w:t>[développement d’une gamme écoresponsable]</w:t>
      </w:r>
      <w:r>
        <w:rPr>
          <w:b w:val="0"/>
        </w:rPr>
        <w:t xml:space="preserve"> correspond à mon intérêt pour les enjeux de durabilité, renforcé par </w:t>
      </w:r>
      <w:r>
        <w:rPr>
          <w:b w:val="0"/>
          <w:color w:val="2446A6"/>
        </w:rPr>
        <w:t>[une certification en éco-conception obtenue en 2025]</w:t>
      </w:r>
      <w:r>
        <w:rPr>
          <w:b w:val="0"/>
        </w:rPr>
        <w:t>.</w:t>
      </w:r>
    </w:p>
    <w:p>
      <w:r>
        <w:rPr>
          <w:b w:val="0"/>
        </w:rPr>
        <w:t xml:space="preserve">Je serais heureux de vous exposer de vive voix ma motivation et mes compétences lors d’un entretien. Je suis disponible dès le </w:t>
      </w:r>
      <w:r>
        <w:rPr>
          <w:b w:val="0"/>
          <w:color w:val="2446A6"/>
        </w:rPr>
        <w:t>[date]</w:t>
      </w:r>
      <w:r>
        <w:rPr>
          <w:b w:val="0"/>
        </w:rPr>
        <w:t xml:space="preserve"> et me tiens à votre disposition pour convenir d’une rencontre à votre convenance.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 d'une lettre de motivation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