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Lilas, 35000 Rennes]</w:t>
      </w:r>
    </w:p>
    <w:p>
      <w:pPr>
        <w:spacing w:after="0"/>
      </w:pPr>
      <w:r>
        <w:rPr>
          <w:b w:val="0"/>
          <w:color w:val="2446A6"/>
        </w:rPr>
        <w:t>[06 12 34 56 78]</w:t>
      </w:r>
    </w:p>
    <w:p/>
    <w:p>
      <w:pPr>
        <w:spacing w:after="0"/>
        <w:jc w:val="right"/>
      </w:pPr>
      <w:r>
        <w:rPr>
          <w:b w:val="0"/>
        </w:rPr>
        <w:t>Résidence universitaire Les Tilleuls</w:t>
      </w:r>
    </w:p>
    <w:p>
      <w:pPr>
        <w:spacing w:after="0"/>
        <w:jc w:val="right"/>
      </w:pPr>
      <w:r>
        <w:rPr>
          <w:b w:val="0"/>
        </w:rPr>
        <w:t>Service gestion locative, 8 avenue du Recteur-Poincaré, 35000 Rennes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[Rennes]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Résiliation du bail meublé n° </w:t>
      </w:r>
      <w:r>
        <w:rPr>
          <w:b/>
          <w:color w:val="2446A6"/>
        </w:rPr>
        <w:t>[2026-1147]</w:t>
      </w:r>
      <w:r>
        <w:rPr>
          <w:b/>
        </w:rPr>
        <w:t xml:space="preserve"> — logement </w:t>
      </w:r>
      <w:r>
        <w:rPr>
          <w:b/>
          <w:color w:val="2446A6"/>
        </w:rPr>
        <w:t>[B204]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vous notifie la résiliation du bail meublé que j'occupe au </w:t>
      </w:r>
      <w:r>
        <w:rPr>
          <w:b w:val="0"/>
          <w:color w:val="2446A6"/>
        </w:rPr>
        <w:t>[B204]</w:t>
      </w:r>
      <w:r>
        <w:rPr>
          <w:b w:val="0"/>
        </w:rPr>
        <w:t xml:space="preserve"> de votre résidence, contrat n° </w:t>
      </w:r>
      <w:r>
        <w:rPr>
          <w:b w:val="0"/>
          <w:color w:val="2446A6"/>
        </w:rPr>
        <w:t>[2026-1147]</w:t>
      </w:r>
      <w:r>
        <w:rPr>
          <w:b w:val="0"/>
        </w:rPr>
        <w:t xml:space="preserve"> signé le </w:t>
      </w:r>
      <w:r>
        <w:rPr>
          <w:b w:val="0"/>
          <w:color w:val="2446A6"/>
        </w:rPr>
        <w:t>[1er septembre 2026]</w:t>
      </w:r>
      <w:r>
        <w:rPr>
          <w:b w:val="0"/>
        </w:rPr>
        <w:t>.</w:t>
      </w:r>
    </w:p>
    <w:p>
      <w:r>
        <w:rPr>
          <w:b w:val="0"/>
        </w:rPr>
        <w:t xml:space="preserve">Conformément à l'article 15 de la loi du 6 juillet 1989, le préavis d'un mois applicable aux logements meublés prend effet à la date de réception de ce courrier. Je fixe donc la fin du bail et la remise des clés au </w:t>
      </w:r>
      <w:r>
        <w:rPr>
          <w:b w:val="0"/>
          <w:color w:val="2446A6"/>
        </w:rPr>
        <w:t>[31 octobre 2026]</w:t>
      </w:r>
      <w:r>
        <w:rPr>
          <w:b w:val="0"/>
        </w:rPr>
        <w:t>, date à laquelle je libérerai les lieux.</w:t>
      </w:r>
    </w:p>
    <w:p>
      <w:r>
        <w:rPr>
          <w:b w:val="0"/>
        </w:rPr>
        <w:t xml:space="preserve">Je quitte le logement pour prendre l'appartement que m'attribue le CROUS de </w:t>
      </w:r>
      <w:r>
        <w:rPr>
          <w:b w:val="0"/>
          <w:color w:val="2446A6"/>
        </w:rPr>
        <w:t>[Rennes]</w:t>
      </w:r>
      <w:r>
        <w:rPr>
          <w:b w:val="0"/>
        </w:rPr>
        <w:t xml:space="preserve"> à compter du </w:t>
      </w:r>
      <w:r>
        <w:rPr>
          <w:b w:val="0"/>
          <w:color w:val="2446A6"/>
        </w:rPr>
        <w:t>[2 novembre 2026]</w:t>
      </w:r>
      <w:r>
        <w:rPr>
          <w:b w:val="0"/>
        </w:rPr>
        <w:t xml:space="preserve"> ; la notification d'attribution est jointe au présent courrier.</w:t>
      </w:r>
    </w:p>
    <w:p>
      <w:r>
        <w:rPr>
          <w:b w:val="0"/>
        </w:rPr>
        <w:t xml:space="preserve">L'état des lieux de sortie peut être fixé au </w:t>
      </w:r>
      <w:r>
        <w:rPr>
          <w:b w:val="0"/>
          <w:color w:val="2446A6"/>
        </w:rPr>
        <w:t>[30 octobre 2026]</w:t>
      </w:r>
      <w:r>
        <w:rPr>
          <w:b w:val="0"/>
        </w:rPr>
        <w:t xml:space="preserve"> à </w:t>
      </w:r>
      <w:r>
        <w:rPr>
          <w:b w:val="0"/>
          <w:color w:val="2446A6"/>
        </w:rPr>
        <w:t>[14 heures]</w:t>
      </w:r>
      <w:r>
        <w:rPr>
          <w:b w:val="0"/>
        </w:rPr>
        <w:t>, ou à toute autre date de votre convenance dans les jours qui précèdent le départ. Je restituerai les deux clés de la chambre et le badge d'accès à cette occasion.</w:t>
      </w:r>
    </w:p>
    <w:p>
      <w:r>
        <w:rPr>
          <w:b w:val="0"/>
        </w:rPr>
        <w:t xml:space="preserve">Je vous demande de m'indiquer par retour le montant du dépôt de garantie de </w:t>
      </w:r>
      <w:r>
        <w:rPr>
          <w:b w:val="0"/>
          <w:color w:val="2446A6"/>
        </w:rPr>
        <w:t>[320 euros]</w:t>
      </w:r>
      <w:r>
        <w:rPr>
          <w:b w:val="0"/>
        </w:rPr>
        <w:t xml:space="preserve"> à restituer, ainsi que le relevé de charges de </w:t>
      </w:r>
      <w:r>
        <w:rPr>
          <w:b w:val="0"/>
          <w:color w:val="2446A6"/>
        </w:rPr>
        <w:t>[septembre et octobre 2026]</w:t>
      </w:r>
      <w:r>
        <w:rPr>
          <w:b w:val="0"/>
        </w:rPr>
        <w:t xml:space="preserve">. Mon nouveau domicile est le </w:t>
      </w:r>
      <w:r>
        <w:rPr>
          <w:b w:val="0"/>
          <w:color w:val="2446A6"/>
        </w:rPr>
        <w:t>[5 rue de Brest, 35000 Rennes]</w:t>
      </w:r>
      <w:r>
        <w:rPr>
          <w:b w:val="0"/>
        </w:rPr>
        <w:t>.</w:t>
      </w:r>
    </w:p>
    <w:p>
      <w:r>
        <w:rPr>
          <w:b w:val="0"/>
        </w:rPr>
        <w:t>Je vous prie d'agréer, Madame, Monsieur, l'expression de mes salutations distinguées.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notification d'attribution CROUS du </w:t>
      </w:r>
      <w:r>
        <w:rPr>
          <w:b w:val="0"/>
          <w:color w:val="2446A6"/>
        </w:rPr>
        <w:t>[12 septembre 2026]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résiliation de bail étudiant (résidence universitaire)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