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[Votre Prénom Nom]</w:t>
      </w:r>
    </w:p>
    <w:p>
      <w:pPr>
        <w:spacing w:after="0"/>
      </w:pPr>
      <w:r>
        <w:rPr>
          <w:b w:val="0"/>
          <w:color w:val="2446A6"/>
        </w:rPr>
        <w:t>[Votre poste]</w:t>
      </w:r>
      <w:r>
        <w:rPr>
          <w:b w:val="0"/>
        </w:rPr>
        <w:t xml:space="preserve"> – </w:t>
      </w:r>
      <w:r>
        <w:rPr>
          <w:b w:val="0"/>
          <w:color w:val="2446A6"/>
        </w:rPr>
        <w:t>[Nom de l'entreprise]</w:t>
      </w:r>
    </w:p>
    <w:p>
      <w:pPr>
        <w:spacing w:after="0"/>
      </w:pPr>
      <w:r>
        <w:rPr>
          <w:b w:val="0"/>
          <w:color w:val="2446A6"/>
        </w:rPr>
        <w:t>[Adresse professionnelle]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[votre numéro]</w:t>
      </w:r>
      <w:r>
        <w:rPr>
          <w:b w:val="0"/>
        </w:rPr>
        <w:t xml:space="preserve"> – Email : </w:t>
      </w:r>
      <w:r>
        <w:rPr>
          <w:b w:val="0"/>
          <w:color w:val="2446A6"/>
        </w:rPr>
        <w:t>[votre email]</w:t>
      </w:r>
    </w:p>
    <w:p/>
    <w:p>
      <w:pPr>
        <w:spacing w:after="0"/>
        <w:jc w:val="right"/>
      </w:pPr>
      <w:r>
        <w:rPr>
          <w:b w:val="0"/>
        </w:rPr>
        <w:t>À l'attention du responsable recrutement</w:t>
      </w:r>
    </w:p>
    <w:p>
      <w:pPr>
        <w:spacing w:after="0"/>
        <w:jc w:val="right"/>
      </w:pPr>
      <w:r>
        <w:rPr>
          <w:b w:val="0"/>
          <w:color w:val="2446A6"/>
        </w:rPr>
        <w:t>[Nom de l'entreprise destinataire]</w:t>
      </w:r>
    </w:p>
    <w:p>
      <w:pPr>
        <w:spacing w:after="0"/>
        <w:jc w:val="right"/>
      </w:pPr>
      <w:r>
        <w:rPr>
          <w:b w:val="0"/>
          <w:color w:val="2446A6"/>
        </w:rPr>
        <w:t>[Adresse postale complète]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Recommandation de </w:t>
      </w:r>
      <w:r>
        <w:rPr>
          <w:b/>
          <w:color w:val="2446A6"/>
        </w:rPr>
        <w:t>[Prénom Nom du candidat]</w:t>
      </w:r>
      <w:r>
        <w:rPr>
          <w:b/>
        </w:rPr>
        <w:t xml:space="preserve"> pour le poste de </w:t>
      </w:r>
      <w:r>
        <w:rPr>
          <w:b/>
          <w:color w:val="2446A6"/>
        </w:rPr>
        <w:t>[intitulé du poste]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J'ai eu le plaisir de superviser </w:t>
      </w:r>
      <w:r>
        <w:rPr>
          <w:b w:val="0"/>
          <w:color w:val="2446A6"/>
        </w:rPr>
        <w:t>[Prénom Nom du candidat]</w:t>
      </w:r>
      <w:r>
        <w:rPr>
          <w:b w:val="0"/>
        </w:rPr>
        <w:t xml:space="preserve"> durant </w:t>
      </w:r>
      <w:r>
        <w:rPr>
          <w:b w:val="0"/>
          <w:color w:val="2446A6"/>
        </w:rPr>
        <w:t>[deux ans]</w:t>
      </w:r>
      <w:r>
        <w:rPr>
          <w:b w:val="0"/>
        </w:rPr>
        <w:t xml:space="preserve"> au sein de </w:t>
      </w:r>
      <w:r>
        <w:rPr>
          <w:b w:val="0"/>
          <w:color w:val="2446A6"/>
        </w:rPr>
        <w:t>[Nom de l'entreprise]</w:t>
      </w:r>
      <w:r>
        <w:rPr>
          <w:b w:val="0"/>
        </w:rPr>
        <w:t xml:space="preserve">, où il occupait le poste de </w:t>
      </w:r>
      <w:r>
        <w:rPr>
          <w:b w:val="0"/>
          <w:color w:val="2446A6"/>
        </w:rPr>
        <w:t>[assistant chef de projet]</w:t>
      </w:r>
      <w:r>
        <w:rPr>
          <w:b w:val="0"/>
        </w:rPr>
        <w:t>. Son départ de notre structure est uniquement lié à une réorganisation interne, et je le recommande sans réserve.</w:t>
      </w:r>
    </w:p>
    <w:p>
      <w:r>
        <w:rPr>
          <w:b w:val="0"/>
        </w:rPr>
        <w:t xml:space="preserve">Au quotidien, </w:t>
      </w:r>
      <w:r>
        <w:rPr>
          <w:b w:val="0"/>
          <w:color w:val="2446A6"/>
        </w:rPr>
        <w:t>[Prénom]</w:t>
      </w:r>
      <w:r>
        <w:rPr>
          <w:b w:val="0"/>
        </w:rPr>
        <w:t xml:space="preserve"> a démontré une rigueur et une capacité d'analyse qui ont directement profité à nos résultats. Il a notamment piloté la refonte de notre outil de suivi client, ce qui a réduit de </w:t>
      </w:r>
      <w:r>
        <w:rPr>
          <w:b w:val="0"/>
          <w:color w:val="2446A6"/>
        </w:rPr>
        <w:t>[18 %]</w:t>
      </w:r>
      <w:r>
        <w:rPr>
          <w:b w:val="0"/>
        </w:rPr>
        <w:t xml:space="preserve"> le temps de traitement des demandes en six mois. Il a également formé trois nouveaux collaborateurs, qui sont aujourd'hui pleinement opérationnels. Ces réussites reposent sur une écoute fine des interlocuteurs et une aisance à prioriser les tâches sous contrainte de délais.</w:t>
      </w:r>
    </w:p>
    <w:p>
      <w:r>
        <w:rPr>
          <w:b w:val="0"/>
        </w:rPr>
        <w:t xml:space="preserve">Sur le plan relationnel, </w:t>
      </w:r>
      <w:r>
        <w:rPr>
          <w:b w:val="0"/>
          <w:color w:val="2446A6"/>
        </w:rPr>
        <w:t>[Prénom]</w:t>
      </w:r>
      <w:r>
        <w:rPr>
          <w:b w:val="0"/>
        </w:rPr>
        <w:t xml:space="preserve"> a toujours fait preuve d'un esprit d'équipe remarquable, y compris lors de la fusion de deux services aux cultures différentes. Je suis convaincu qu'il saura apporter la même valeur ajoutée à votre organisation et qu'il s'intégrera rapidement dans vos effectifs.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[Votre Prénom Nom]</w:t>
      </w:r>
    </w:p>
    <w:p/>
    <w:p>
      <w:r>
        <w:rPr>
          <w:b w:val="0"/>
        </w:rPr>
        <w:t xml:space="preserve">Pièce jointe : Curriculum vitae de </w:t>
      </w:r>
      <w:r>
        <w:rPr>
          <w:b w:val="0"/>
          <w:color w:val="2446A6"/>
        </w:rPr>
        <w:t>[Prénom Nom du candidat]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 écrire une lettre de recommandation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