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Tilleuls, 69003 Lyon]</w:t>
      </w:r>
    </w:p>
    <w:p>
      <w:pPr>
        <w:spacing w:after="0"/>
      </w:pPr>
      <w:r>
        <w:rPr>
          <w:b w:val="0"/>
          <w:color w:val="2446A6"/>
        </w:rPr>
        <w:t>[06 12 34 56 78 — prenom.nom@email.fr]</w:t>
      </w:r>
    </w:p>
    <w:p/>
    <w:p>
      <w:pPr>
        <w:spacing w:after="0"/>
        <w:jc w:val="right"/>
      </w:pPr>
      <w:r>
        <w:rPr>
          <w:b w:val="0"/>
          <w:color w:val="2446A6"/>
        </w:rPr>
        <w:t>[Raison sociale de l'entreprise]</w:t>
      </w:r>
    </w:p>
    <w:p>
      <w:pPr>
        <w:spacing w:after="0"/>
        <w:jc w:val="right"/>
      </w:pPr>
      <w:r>
        <w:rPr>
          <w:b w:val="0"/>
        </w:rPr>
        <w:t xml:space="preserve">À l'attention de </w:t>
      </w:r>
      <w:r>
        <w:rPr>
          <w:b w:val="0"/>
          <w:color w:val="2446A6"/>
        </w:rPr>
        <w:t>[Madame Claire Fontaine, directrice des ressources humaines]</w:t>
      </w:r>
    </w:p>
    <w:p>
      <w:pPr>
        <w:spacing w:after="0"/>
        <w:jc w:val="right"/>
      </w:pPr>
      <w:r>
        <w:rPr>
          <w:b w:val="0"/>
          <w:color w:val="2446A6"/>
        </w:rPr>
        <w:t>[8 avenue de la République, 69002 Lyon]</w:t>
      </w:r>
    </w:p>
    <w:p/>
    <w:p>
      <w:pPr>
        <w:jc w:val="right"/>
      </w:pPr>
      <w:r>
        <w:rPr>
          <w:b w:val="0"/>
        </w:rPr>
        <w:t xml:space="preserve">À </w:t>
      </w:r>
      <w:r>
        <w:rPr>
          <w:b w:val="0"/>
          <w:color w:val="2446A6"/>
        </w:rPr>
        <w:t>[Lyon]</w:t>
      </w:r>
      <w:r>
        <w:rPr>
          <w:b w:val="0"/>
        </w:rPr>
        <w:t xml:space="preserve">, le </w:t>
      </w:r>
      <w:r>
        <w:rPr>
          <w:b w:val="0"/>
          <w:color w:val="2446A6"/>
        </w:rPr>
        <w:t>[24 septembre 2026]</w:t>
      </w:r>
    </w:p>
    <w:p>
      <w:pPr>
        <w:spacing w:after="0"/>
      </w:pPr>
      <w:r>
        <w:rPr>
          <w:b/>
        </w:rPr>
        <w:t>Lettre recommandée avec accusé de réception</w:t>
      </w:r>
    </w:p>
    <w:p>
      <w:r>
        <w:rPr>
          <w:b/>
        </w:rPr>
        <w:t xml:space="preserve">Objet : désistement de mon engagement — contrat à durée indéterminée du </w:t>
      </w:r>
      <w:r>
        <w:rPr>
          <w:b/>
          <w:color w:val="2446A6"/>
        </w:rPr>
        <w:t>[1er octobre 2026]</w:t>
      </w:r>
    </w:p>
    <w:p/>
    <w:p>
      <w:r>
        <w:rPr>
          <w:b w:val="0"/>
        </w:rPr>
        <w:t>Madame, Monsieur,</w:t>
      </w:r>
    </w:p>
    <w:p>
      <w:r>
        <w:rPr>
          <w:b w:val="0"/>
        </w:rPr>
        <w:t xml:space="preserve">Par courrier signé le </w:t>
      </w:r>
      <w:r>
        <w:rPr>
          <w:b w:val="0"/>
          <w:color w:val="2446A6"/>
        </w:rPr>
        <w:t>[12 septembre 2026]</w:t>
      </w:r>
      <w:r>
        <w:rPr>
          <w:b w:val="0"/>
        </w:rPr>
        <w:t xml:space="preserve">, j'ai accepté le poste de </w:t>
      </w:r>
      <w:r>
        <w:rPr>
          <w:b w:val="0"/>
          <w:color w:val="2446A6"/>
        </w:rPr>
        <w:t>[technicienne de laboratoire]</w:t>
      </w:r>
      <w:r>
        <w:rPr>
          <w:b w:val="0"/>
        </w:rPr>
        <w:t xml:space="preserve"> au sein de </w:t>
      </w:r>
      <w:r>
        <w:rPr>
          <w:b w:val="0"/>
          <w:color w:val="2446A6"/>
        </w:rPr>
        <w:t>[votre établissement]</w:t>
      </w:r>
      <w:r>
        <w:rPr>
          <w:b w:val="0"/>
        </w:rPr>
        <w:t xml:space="preserve">, pour une prise de fonction fixée au </w:t>
      </w:r>
      <w:r>
        <w:rPr>
          <w:b w:val="0"/>
          <w:color w:val="2446A6"/>
        </w:rPr>
        <w:t>[1er octobre 2026]</w:t>
      </w:r>
      <w:r>
        <w:rPr>
          <w:b w:val="0"/>
        </w:rPr>
        <w:t>.</w:t>
      </w:r>
    </w:p>
    <w:p>
      <w:r>
        <w:rPr>
          <w:b w:val="0"/>
        </w:rPr>
        <w:t xml:space="preserve">Je vous informe par la présente que je renonce à cet engagement et que je ne me présenterai pas à cette date. Cette décision fait suite à </w:t>
      </w:r>
      <w:r>
        <w:rPr>
          <w:b w:val="0"/>
          <w:color w:val="2446A6"/>
        </w:rPr>
        <w:t>[une proposition ferme reçue le 22 septembre 2026 pour un poste basé à Bordeaux]</w:t>
      </w:r>
      <w:r>
        <w:rPr>
          <w:b w:val="0"/>
        </w:rPr>
        <w:t>, que j'ai acceptée.</w:t>
      </w:r>
    </w:p>
    <w:p>
      <w:r>
        <w:rPr>
          <w:b w:val="0"/>
        </w:rPr>
        <w:t>Mon contrat n'ayant reçu aucun commencement d'exécution, aucun préavis n'est dû de part et d'autre. Je vous demande de bien vouloir confirmer par retour la caducité du contrat et de ne transmettre aucune déclaration préalable à l'embauche à l'URSSAF pour mon compte.</w:t>
      </w:r>
    </w:p>
    <w:p>
      <w:r>
        <w:rPr>
          <w:b w:val="0"/>
        </w:rPr>
        <w:t>Je reste à votre disposition pour vous transmettre tout document nécessaire et vous prie d'agréer, Madame, Monsieur, l'expression de mes salutations respectueuses.</w:t>
      </w:r>
    </w:p>
    <w:p>
      <w:r>
        <w:rPr>
          <w:b w:val="0"/>
        </w:rPr>
        <w:t>Veuillez agréer, Madame, Monsieur, l'expression de mes salutations respectueuses.</w:t>
      </w:r>
    </w:p>
    <w:p/>
    <w:p>
      <w:pPr>
        <w:jc w:val="right"/>
      </w:pPr>
      <w:r>
        <w:rPr>
          <w:b w:val="0"/>
          <w:color w:val="2446A6"/>
        </w:rPr>
        <w:t>[Prénom Nom]</w:t>
      </w:r>
    </w:p>
    <w:p/>
    <w:p>
      <w:r>
        <w:rPr>
          <w:b w:val="0"/>
        </w:rPr>
        <w:t xml:space="preserve">Pièce jointe : copie du contrat de travail signé le </w:t>
      </w:r>
      <w:r>
        <w:rPr>
          <w:b w:val="0"/>
          <w:color w:val="2446A6"/>
        </w:rPr>
        <w:t>[12 septembre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désistement après avoir signé un CDI</dc:title>
  <dc:subject/>
  <dc:creator/>
  <cp:keywords/>
  <dc:description/>
  <cp:lastModifiedBy/>
  <cp:revision>1</cp:revision>
  <dcterms:created xsi:type="dcterms:W3CDTF">2013-12-23T23:15:00Z</dcterms:created>
  <dcterms:modified xsi:type="dcterms:W3CDTF">2013-12-23T23:15:00Z</dcterms:modified>
  <cp:category/>
</cp:coreProperties>
</file>