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 père Noël,</w:t>
      </w:r>
    </w:p>
    <w:p>
      <w:r>
        <w:rPr>
          <w:b w:val="0"/>
        </w:rPr>
        <w:t xml:space="preserve">Je m'appelle </w:t>
      </w:r>
      <w:r>
        <w:rPr>
          <w:b w:val="0"/>
          <w:color w:val="2446A6"/>
        </w:rPr>
        <w:t>[Léa]</w:t>
      </w:r>
      <w:r>
        <w:rPr>
          <w:b w:val="0"/>
        </w:rPr>
        <w:t xml:space="preserve"> et j'ai </w:t>
      </w:r>
      <w:r>
        <w:rPr>
          <w:b w:val="0"/>
          <w:color w:val="2446A6"/>
        </w:rPr>
        <w:t>[sept]</w:t>
      </w:r>
      <w:r>
        <w:rPr>
          <w:b w:val="0"/>
        </w:rPr>
        <w:t xml:space="preserve"> ans. Cette année, j'ai été </w:t>
      </w:r>
      <w:r>
        <w:rPr>
          <w:b w:val="0"/>
          <w:color w:val="2446A6"/>
        </w:rPr>
        <w:t>[sage à l'école et j'ai aidé papa à ranger le garage]</w:t>
      </w:r>
      <w:r>
        <w:rPr>
          <w:b w:val="0"/>
        </w:rPr>
        <w:t>, alors j'espère que tu liras ma lettre jusqu'au bout.</w:t>
      </w:r>
    </w:p>
    <w:p>
      <w:r>
        <w:rPr>
          <w:b w:val="0"/>
        </w:rPr>
        <w:t xml:space="preserve">Pour Noël, je voudrais </w:t>
      </w:r>
      <w:r>
        <w:rPr>
          <w:b w:val="0"/>
          <w:color w:val="2446A6"/>
        </w:rPr>
        <w:t>[une trottinette rouge avec des roues lumineuses]</w:t>
      </w:r>
      <w:r>
        <w:rPr>
          <w:b w:val="0"/>
        </w:rPr>
        <w:t xml:space="preserve"> et </w:t>
      </w:r>
      <w:r>
        <w:rPr>
          <w:b w:val="0"/>
          <w:color w:val="2446A6"/>
        </w:rPr>
        <w:t>[le coffret de perles pour faire des bracelets]</w:t>
      </w:r>
      <w:r>
        <w:rPr>
          <w:b w:val="0"/>
        </w:rPr>
        <w:t xml:space="preserve">. Si tu ne peux pas apporter les deux, je préfère </w:t>
      </w:r>
      <w:r>
        <w:rPr>
          <w:b w:val="0"/>
          <w:color w:val="2446A6"/>
        </w:rPr>
        <w:t>[la trottinette]</w:t>
      </w:r>
      <w:r>
        <w:rPr>
          <w:b w:val="0"/>
        </w:rPr>
        <w:t>.</w:t>
      </w:r>
    </w:p>
    <w:p>
      <w:r>
        <w:rPr>
          <w:b w:val="0"/>
        </w:rPr>
        <w:t xml:space="preserve">Mon petit frère </w:t>
      </w:r>
      <w:r>
        <w:rPr>
          <w:b w:val="0"/>
          <w:color w:val="2446A6"/>
        </w:rPr>
        <w:t>[Tom]</w:t>
      </w:r>
      <w:r>
        <w:rPr>
          <w:b w:val="0"/>
        </w:rPr>
        <w:t xml:space="preserve"> a </w:t>
      </w:r>
      <w:r>
        <w:rPr>
          <w:b w:val="0"/>
          <w:color w:val="2446A6"/>
        </w:rPr>
        <w:t>[quatre]</w:t>
      </w:r>
      <w:r>
        <w:rPr>
          <w:b w:val="0"/>
        </w:rPr>
        <w:t xml:space="preserve"> ans et il voudrait </w:t>
      </w:r>
      <w:r>
        <w:rPr>
          <w:b w:val="0"/>
          <w:color w:val="2446A6"/>
        </w:rPr>
        <w:t>[un camion de pompiers]</w:t>
      </w:r>
      <w:r>
        <w:rPr>
          <w:b w:val="0"/>
        </w:rPr>
        <w:t xml:space="preserve">. Il a un peu peur du bruit du feu, alors </w:t>
      </w:r>
      <w:r>
        <w:rPr>
          <w:b w:val="0"/>
          <w:color w:val="2446A6"/>
        </w:rPr>
        <w:t>[un camion silencieux ce serait mieux]</w:t>
      </w:r>
      <w:r>
        <w:rPr>
          <w:b w:val="0"/>
        </w:rPr>
        <w:t>.</w:t>
      </w:r>
    </w:p>
    <w:p>
      <w:r>
        <w:rPr>
          <w:b w:val="0"/>
        </w:rPr>
        <w:t xml:space="preserve">On laissera </w:t>
      </w:r>
      <w:r>
        <w:rPr>
          <w:b w:val="0"/>
          <w:color w:val="2446A6"/>
        </w:rPr>
        <w:t>[des sablés au chocolat et un verre de lait]</w:t>
      </w:r>
      <w:r>
        <w:rPr>
          <w:b w:val="0"/>
        </w:rPr>
        <w:t xml:space="preserve"> près de la cheminée, et </w:t>
      </w:r>
      <w:r>
        <w:rPr>
          <w:b w:val="0"/>
          <w:color w:val="2446A6"/>
        </w:rPr>
        <w:t>[des carottes pour les rennes]</w:t>
      </w:r>
      <w:r>
        <w:rPr>
          <w:b w:val="0"/>
        </w:rPr>
        <w:t xml:space="preserve">. La cheminée est </w:t>
      </w:r>
      <w:r>
        <w:rPr>
          <w:b w:val="0"/>
          <w:color w:val="2446A6"/>
        </w:rPr>
        <w:t>[celle du salon, à côté du sapin]</w:t>
      </w:r>
      <w:r>
        <w:rPr>
          <w:b w:val="0"/>
        </w:rPr>
        <w:t>.</w:t>
      </w:r>
    </w:p>
    <w:p>
      <w:r>
        <w:rPr>
          <w:b w:val="0"/>
        </w:rPr>
        <w:t>Merci beaucoup. Je te fais un dessin, tu le trouveras dans l'enveloppe.</w:t>
      </w:r>
    </w:p>
    <w:p>
      <w:r>
        <w:rPr>
          <w:b w:val="0"/>
          <w:color w:val="2446A6"/>
        </w:rPr>
        <w:t>[Léa]</w:t>
      </w:r>
    </w:p>
    <w:p>
      <w:r>
        <w:rPr>
          <w:b w:val="0"/>
        </w:rPr>
        <w:t>Gros bisous et bonne tournée,</w:t>
      </w:r>
    </w:p>
    <w:p/>
    <w:p>
      <w:pPr>
        <w:jc w:val="right"/>
      </w:pPr>
      <w:r>
        <w:rPr>
          <w:b w:val="0"/>
          <w:color w:val="2446A6"/>
        </w:rPr>
        <w:t>[Léa]</w:t>
      </w:r>
    </w:p>
    <w:p/>
    <w:p>
      <w:r>
        <w:rPr>
          <w:b w:val="0"/>
        </w:rPr>
        <w:t>Pièce jointe : un dessin du sapin et des rennes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Où et comment envoyer sa lettre au père Noël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