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Chers </w:t>
      </w:r>
      <w:r>
        <w:rPr>
          <w:b w:val="0"/>
          <w:color w:val="2446A6"/>
        </w:rPr>
        <w:t>[Camille et Julien]</w:t>
      </w:r>
      <w:r>
        <w:rPr>
          <w:b w:val="0"/>
        </w:rPr>
        <w:t>,</w:t>
      </w:r>
    </w:p>
    <w:p>
      <w:r>
        <w:rPr>
          <w:b w:val="0"/>
          <w:color w:val="2446A6"/>
        </w:rPr>
        <w:t>[Dix]</w:t>
      </w:r>
      <w:r>
        <w:rPr>
          <w:b w:val="0"/>
        </w:rPr>
        <w:t xml:space="preserve"> ans déjà que vous avez dit oui sous le grand chêne de </w:t>
      </w:r>
      <w:r>
        <w:rPr>
          <w:b w:val="0"/>
          <w:color w:val="2446A6"/>
        </w:rPr>
        <w:t>[la mairie de Saint-Rémy]</w:t>
      </w:r>
      <w:r>
        <w:rPr>
          <w:b w:val="0"/>
        </w:rPr>
        <w:t xml:space="preserve">. Ce matin, en repensant à </w:t>
      </w:r>
      <w:r>
        <w:rPr>
          <w:b w:val="0"/>
          <w:color w:val="2446A6"/>
        </w:rPr>
        <w:t>[ce fou rire quand la jarretière est tombée dans le gâteau]</w:t>
      </w:r>
      <w:r>
        <w:rPr>
          <w:b w:val="0"/>
        </w:rPr>
        <w:t xml:space="preserve">, j’ai souri tout seul dans ma cuisine. On ne voit pas passer une décennie quand on la passe à vos côtés, entre </w:t>
      </w:r>
      <w:r>
        <w:rPr>
          <w:b w:val="0"/>
          <w:color w:val="2446A6"/>
        </w:rPr>
        <w:t>[les barbecues du 14 juillet]</w:t>
      </w:r>
      <w:r>
        <w:rPr>
          <w:b w:val="0"/>
        </w:rPr>
        <w:t xml:space="preserve"> et </w:t>
      </w:r>
      <w:r>
        <w:rPr>
          <w:b w:val="0"/>
          <w:color w:val="2446A6"/>
        </w:rPr>
        <w:t>[les week-ends à la mer chez vos parents]</w:t>
      </w:r>
      <w:r>
        <w:rPr>
          <w:b w:val="0"/>
        </w:rPr>
        <w:t>.</w:t>
      </w:r>
    </w:p>
    <w:p>
      <w:r>
        <w:rPr>
          <w:b w:val="0"/>
        </w:rPr>
        <w:t xml:space="preserve">Vous formez cette rareté : un couple qui se regarde encore comme au premier jour. </w:t>
      </w:r>
      <w:r>
        <w:rPr>
          <w:b w:val="0"/>
          <w:color w:val="2446A6"/>
        </w:rPr>
        <w:t>[Julien]</w:t>
      </w:r>
      <w:r>
        <w:rPr>
          <w:b w:val="0"/>
        </w:rPr>
        <w:t xml:space="preserve">, je me souviens de ta main qui tremblait en glissant l’alliance. </w:t>
      </w:r>
      <w:r>
        <w:rPr>
          <w:b w:val="0"/>
          <w:color w:val="2446A6"/>
        </w:rPr>
        <w:t>[Camille]</w:t>
      </w:r>
      <w:r>
        <w:rPr>
          <w:b w:val="0"/>
        </w:rPr>
        <w:t xml:space="preserve">, de ton rire quand </w:t>
      </w:r>
      <w:r>
        <w:rPr>
          <w:b w:val="0"/>
          <w:color w:val="2446A6"/>
        </w:rPr>
        <w:t>[le photographe a glissé sur la piste de danse]</w:t>
      </w:r>
      <w:r>
        <w:rPr>
          <w:b w:val="0"/>
        </w:rPr>
        <w:t xml:space="preserve">. Vos deux enfants, </w:t>
      </w:r>
      <w:r>
        <w:rPr>
          <w:b w:val="0"/>
          <w:color w:val="2446A6"/>
        </w:rPr>
        <w:t>[Léa et Nathan]</w:t>
      </w:r>
      <w:r>
        <w:rPr>
          <w:b w:val="0"/>
        </w:rPr>
        <w:t>, sont la preuve vivante de ce que vous construisez.</w:t>
      </w:r>
    </w:p>
    <w:p>
      <w:r>
        <w:rPr>
          <w:b w:val="0"/>
        </w:rPr>
        <w:t xml:space="preserve">Alors pour vos </w:t>
      </w:r>
      <w:r>
        <w:rPr>
          <w:b w:val="0"/>
          <w:color w:val="2446A6"/>
        </w:rPr>
        <w:t>[dix]</w:t>
      </w:r>
      <w:r>
        <w:rPr>
          <w:b w:val="0"/>
        </w:rPr>
        <w:t xml:space="preserve"> ans de mariage, on vous souhaite exactement ce que vous nous offrez depuis toujours : des éclats de rire, des silences complices et des projets qui n’attendent pas. On vous embrasse fort, et on trinque à distance avec </w:t>
      </w:r>
      <w:r>
        <w:rPr>
          <w:b w:val="0"/>
          <w:color w:val="2446A6"/>
        </w:rPr>
        <w:t>[le champagne que vous nous aviez offert à la crémaillère]</w:t>
      </w:r>
      <w:r>
        <w:rPr>
          <w:b w:val="0"/>
        </w:rPr>
        <w:t>.</w:t>
      </w:r>
    </w:p>
    <w:p>
      <w:r>
        <w:rPr>
          <w:b w:val="0"/>
        </w:rPr>
        <w:t>Avec toute notre affection,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d'anniversaire de mariage pour des amis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