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>
      <w:r>
        <w:rPr>
          <w:b w:val="0"/>
        </w:rPr>
        <w:t>Mon amour,</w:t>
      </w:r>
    </w:p>
    <w:p>
      <w:r>
        <w:rPr>
          <w:b w:val="0"/>
        </w:rPr>
        <w:t xml:space="preserve">Je repense souvent à ce matin du </w:t>
      </w:r>
      <w:r>
        <w:rPr>
          <w:b w:val="0"/>
          <w:color w:val="2446A6"/>
        </w:rPr>
        <w:t>[14 juillet 2014]</w:t>
      </w:r>
      <w:r>
        <w:rPr>
          <w:b w:val="0"/>
        </w:rPr>
        <w:t xml:space="preserve">, quand nous sommes sortis de la mairie sous une pluie battante. Tu avais oublié ton parapluie, et nous avons couru jusqu'à la voiture en riant. </w:t>
      </w:r>
      <w:r>
        <w:rPr>
          <w:b w:val="0"/>
          <w:color w:val="2446A6"/>
        </w:rPr>
        <w:t>[Dix ans]</w:t>
      </w:r>
      <w:r>
        <w:rPr>
          <w:b w:val="0"/>
        </w:rPr>
        <w:t xml:space="preserve"> plus tard, je retrouve exactement le même rire dans tes yeux quand tu me regardes par-dessus ton journal.</w:t>
      </w:r>
    </w:p>
    <w:p>
      <w:r>
        <w:rPr>
          <w:b w:val="0"/>
        </w:rPr>
        <w:t xml:space="preserve">Je voulais t'écrire ces quelques lignes pour te dire que rien n'a terni ce que j'ai ressenti ce jour-là. Nos week-ends à </w:t>
      </w:r>
      <w:r>
        <w:rPr>
          <w:b w:val="0"/>
          <w:color w:val="2446A6"/>
        </w:rPr>
        <w:t>[Concarneau]</w:t>
      </w:r>
      <w:r>
        <w:rPr>
          <w:b w:val="0"/>
        </w:rPr>
        <w:t xml:space="preserve">, les soirs où l'on refait le monde jusqu'à deux heures du matin dans la cuisine, et même cette fameuse panne de voiture sur l'aire du </w:t>
      </w:r>
      <w:r>
        <w:rPr>
          <w:b w:val="0"/>
          <w:color w:val="2446A6"/>
        </w:rPr>
        <w:t>[bois de Vincennes]</w:t>
      </w:r>
      <w:r>
        <w:rPr>
          <w:b w:val="0"/>
        </w:rPr>
        <w:t xml:space="preserve"> un soir de tempête : tout m'est précieux parce que tu étais là.</w:t>
      </w:r>
    </w:p>
    <w:p>
      <w:r>
        <w:rPr>
          <w:b w:val="0"/>
        </w:rPr>
        <w:t xml:space="preserve">Alors, pour nos </w:t>
      </w:r>
      <w:r>
        <w:rPr>
          <w:b w:val="0"/>
          <w:color w:val="2446A6"/>
        </w:rPr>
        <w:t>[noces d'étain]</w:t>
      </w:r>
      <w:r>
        <w:rPr>
          <w:b w:val="0"/>
        </w:rPr>
        <w:t xml:space="preserve">, je n'ai pas cherché de cadeau sophistiqué. Je te donne ces mots, posés sur le papier à lettres que tu m'as offert il y a </w:t>
      </w:r>
      <w:r>
        <w:rPr>
          <w:b w:val="0"/>
          <w:color w:val="2446A6"/>
        </w:rPr>
        <w:t>[cinq ans]</w:t>
      </w:r>
      <w:r>
        <w:rPr>
          <w:b w:val="0"/>
        </w:rPr>
        <w:t>. Ils sont simples, mais ils sont vrais : je t'aime, et je suis fière du chemin que nous avons parcouru ensemble.</w:t>
      </w:r>
    </w:p>
    <w:p>
      <w:r>
        <w:rPr>
          <w:b w:val="0"/>
        </w:rPr>
        <w:t>Avec tout mon amour, pour aujourd'hui et pour tous les jours qui viendront,</w:t>
      </w:r>
    </w:p>
    <w:p/>
    <w:p>
      <w:pPr>
        <w:jc w:val="right"/>
      </w:pPr>
      <w:r>
        <w:rPr>
          <w:b w:val="0"/>
          <w:color w:val="2446A6"/>
        </w:rPr>
        <w:t>[Prénom]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Texte d'anniversaire de mariage pour son mari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