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[Nom de l'entreprise]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SIRET : </w:t>
      </w:r>
      <w:r>
        <w:rPr>
          <w:b w:val="0"/>
          <w:color w:val="2446A6"/>
        </w:rPr>
        <w:t>[numéro SIRET]</w:t>
      </w:r>
    </w:p>
    <w:p/>
    <w:p>
      <w:pPr>
        <w:spacing w:after="0"/>
        <w:jc w:val="right"/>
      </w:pPr>
      <w:r>
        <w:rPr>
          <w:b w:val="0"/>
          <w:color w:val="2446A6"/>
        </w:rPr>
        <w:t>[Prénom Nom du salarié]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Attestation employeur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 du représentant]</w:t>
      </w:r>
      <w:r>
        <w:rPr>
          <w:b w:val="0"/>
        </w:rPr>
        <w:t xml:space="preserve">, agissant en qualité de </w:t>
      </w:r>
      <w:r>
        <w:rPr>
          <w:b w:val="0"/>
          <w:color w:val="2446A6"/>
        </w:rPr>
        <w:t>[fonction]</w:t>
      </w:r>
      <w:r>
        <w:rPr>
          <w:b w:val="0"/>
        </w:rPr>
        <w:t xml:space="preserve"> de la société </w:t>
      </w:r>
      <w:r>
        <w:rPr>
          <w:b w:val="0"/>
          <w:color w:val="2446A6"/>
        </w:rPr>
        <w:t>[Nom de l'entreprise]</w:t>
      </w:r>
      <w:r>
        <w:rPr>
          <w:b w:val="0"/>
        </w:rPr>
        <w:t xml:space="preserve">, atteste que </w:t>
      </w:r>
      <w:r>
        <w:rPr>
          <w:b w:val="0"/>
          <w:color w:val="2446A6"/>
        </w:rPr>
        <w:t>[Prénom Nom du salarié]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[date de naissance]</w:t>
      </w:r>
      <w:r>
        <w:rPr>
          <w:b w:val="0"/>
        </w:rPr>
        <w:t xml:space="preserve">, a été employé(e) du </w:t>
      </w:r>
      <w:r>
        <w:rPr>
          <w:b w:val="0"/>
          <w:color w:val="2446A6"/>
        </w:rPr>
        <w:t>[date d'entrée]</w:t>
      </w:r>
      <w:r>
        <w:rPr>
          <w:b w:val="0"/>
        </w:rPr>
        <w:t xml:space="preserve"> au </w:t>
      </w:r>
      <w:r>
        <w:rPr>
          <w:b w:val="0"/>
          <w:color w:val="2446A6"/>
        </w:rPr>
        <w:t>[date de sortie]</w:t>
      </w:r>
      <w:r>
        <w:rPr>
          <w:b w:val="0"/>
        </w:rPr>
        <w:t xml:space="preserve"> en qualité de </w:t>
      </w:r>
      <w:r>
        <w:rPr>
          <w:b w:val="0"/>
          <w:color w:val="2446A6"/>
        </w:rPr>
        <w:t>[poste occupé]</w:t>
      </w:r>
      <w:r>
        <w:rPr>
          <w:b w:val="0"/>
        </w:rPr>
        <w:t>.</w:t>
      </w:r>
    </w:p>
    <w:p>
      <w:r>
        <w:rPr>
          <w:b w:val="0"/>
        </w:rPr>
        <w:t>Le présent document est délivré pour servir et valoir ce que de droit.</w:t>
      </w:r>
    </w:p>
    <w:p>
      <w:r>
        <w:rPr>
          <w:b w:val="0"/>
        </w:rPr>
        <w:t xml:space="preserve">Le solde de tout compte a été réglé le </w:t>
      </w:r>
      <w:r>
        <w:rPr>
          <w:b w:val="0"/>
          <w:color w:val="2446A6"/>
        </w:rPr>
        <w:t>[date de paiement]</w:t>
      </w:r>
      <w:r>
        <w:rPr>
          <w:b w:val="0"/>
        </w:rPr>
        <w:t xml:space="preserve"> et le reçu correspondant est joint à la présente.</w:t>
      </w:r>
    </w:p>
    <w:p>
      <w:r>
        <w:rPr>
          <w:b w:val="0"/>
        </w:rPr>
        <w:t>Veuillez 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 du représentant]</w:t>
      </w:r>
    </w:p>
    <w:p/>
    <w:p>
      <w:r>
        <w:rPr>
          <w:b w:val="0"/>
        </w:rPr>
        <w:t>Pièce jointe : Reçu pour solde de tout compte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employeur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