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[Pierre Dupont]</w:t>
      </w:r>
    </w:p>
    <w:p>
      <w:pPr>
        <w:spacing w:after="0"/>
      </w:pPr>
      <w:r>
        <w:rPr>
          <w:b w:val="0"/>
          <w:color w:val="2446A6"/>
        </w:rPr>
        <w:t>[12 rue de Rivoli, 75001 Paris, France]</w:t>
      </w:r>
    </w:p>
    <w:p>
      <w:pPr>
        <w:spacing w:after="0"/>
      </w:pPr>
      <w:r>
        <w:rPr>
          <w:b w:val="0"/>
          <w:color w:val="2446A6"/>
        </w:rPr>
        <w:t>[+33 1 40 20 30 40]</w:t>
      </w:r>
    </w:p>
    <w:p>
      <w:pPr>
        <w:spacing w:after="0"/>
      </w:pPr>
      <w:r>
        <w:rPr>
          <w:b w:val="0"/>
          <w:color w:val="2446A6"/>
        </w:rPr>
        <w:t>[pierre.dupont@email.com]</w:t>
      </w:r>
    </w:p>
    <w:p/>
    <w:p>
      <w:pPr>
        <w:spacing w:after="0"/>
        <w:jc w:val="right"/>
      </w:pPr>
      <w:r>
        <w:rPr>
          <w:b w:val="0"/>
        </w:rPr>
        <w:t xml:space="preserve">Consulate General of France in </w:t>
      </w:r>
      <w:r>
        <w:rPr>
          <w:b w:val="0"/>
          <w:color w:val="2446A6"/>
        </w:rPr>
        <w:t>[London]</w:t>
      </w:r>
    </w:p>
    <w:p>
      <w:pPr>
        <w:spacing w:after="0"/>
        <w:jc w:val="right"/>
      </w:pPr>
      <w:r>
        <w:rPr>
          <w:b w:val="0"/>
        </w:rPr>
        <w:t>Visa Section</w:t>
      </w:r>
    </w:p>
    <w:p>
      <w:pPr>
        <w:spacing w:after="0"/>
        <w:jc w:val="right"/>
      </w:pPr>
      <w:r>
        <w:rPr>
          <w:b w:val="0"/>
          <w:color w:val="2446A6"/>
        </w:rPr>
        <w:t>[21 Cromwell Road, London SW7 2DN, United Kingdom]</w:t>
      </w:r>
    </w:p>
    <w:p/>
    <w:p>
      <w:pPr>
        <w:jc w:val="right"/>
      </w:pPr>
      <w:r>
        <w:rPr>
          <w:b w:val="0"/>
          <w:color w:val="2446A6"/>
        </w:rPr>
        <w:t>[Paris]</w:t>
      </w:r>
      <w:r>
        <w:rPr>
          <w:b w:val="0"/>
        </w:rPr>
        <w:t xml:space="preserve">, </w:t>
      </w:r>
      <w:r>
        <w:rPr>
          <w:b w:val="0"/>
          <w:color w:val="2446A6"/>
        </w:rPr>
        <w:t>[September 24, 2026]</w:t>
      </w:r>
    </w:p>
    <w:p>
      <w:r>
        <w:rPr>
          <w:b/>
        </w:rPr>
        <w:t xml:space="preserve">Subject: Certificate of Accommodation for </w:t>
      </w:r>
      <w:r>
        <w:rPr>
          <w:b/>
          <w:color w:val="2446A6"/>
        </w:rPr>
        <w:t>[John Smith]</w:t>
      </w:r>
    </w:p>
    <w:p/>
    <w:p>
      <w:r>
        <w:rPr>
          <w:b w:val="0"/>
        </w:rPr>
        <w:t>Dear Visa Officer,</w:t>
      </w:r>
    </w:p>
    <w:p>
      <w:r>
        <w:rPr>
          <w:b w:val="0"/>
        </w:rPr>
        <w:t xml:space="preserve">I, the undersigned </w:t>
      </w:r>
      <w:r>
        <w:rPr>
          <w:b w:val="0"/>
          <w:color w:val="2446A6"/>
        </w:rPr>
        <w:t>[Pierre Dupont]</w:t>
      </w:r>
      <w:r>
        <w:rPr>
          <w:b w:val="0"/>
        </w:rPr>
        <w:t xml:space="preserve">, born on </w:t>
      </w:r>
      <w:r>
        <w:rPr>
          <w:b w:val="0"/>
          <w:color w:val="2446A6"/>
        </w:rPr>
        <w:t>[12/05/1970]</w:t>
      </w:r>
      <w:r>
        <w:rPr>
          <w:b w:val="0"/>
        </w:rPr>
        <w:t xml:space="preserve"> in </w:t>
      </w:r>
      <w:r>
        <w:rPr>
          <w:b w:val="0"/>
          <w:color w:val="2446A6"/>
        </w:rPr>
        <w:t>[Paris, France]</w:t>
      </w:r>
      <w:r>
        <w:rPr>
          <w:b w:val="0"/>
        </w:rPr>
        <w:t xml:space="preserve">, residing at </w:t>
      </w:r>
      <w:r>
        <w:rPr>
          <w:b w:val="0"/>
          <w:color w:val="2446A6"/>
        </w:rPr>
        <w:t>[12 rue de Rivoli, 75001 Paris, France]</w:t>
      </w:r>
      <w:r>
        <w:rPr>
          <w:b w:val="0"/>
        </w:rPr>
        <w:t xml:space="preserve">, hereby declare that I will provide accommodation free of charge to </w:t>
      </w:r>
      <w:r>
        <w:rPr>
          <w:b w:val="0"/>
          <w:color w:val="2446A6"/>
        </w:rPr>
        <w:t>[John Smith]</w:t>
      </w:r>
      <w:r>
        <w:rPr>
          <w:b w:val="0"/>
        </w:rPr>
        <w:t xml:space="preserve">, born on </w:t>
      </w:r>
      <w:r>
        <w:rPr>
          <w:b w:val="0"/>
          <w:color w:val="2446A6"/>
        </w:rPr>
        <w:t>[15/03/1985]</w:t>
      </w:r>
      <w:r>
        <w:rPr>
          <w:b w:val="0"/>
        </w:rPr>
        <w:t xml:space="preserve"> in </w:t>
      </w:r>
      <w:r>
        <w:rPr>
          <w:b w:val="0"/>
          <w:color w:val="2446A6"/>
        </w:rPr>
        <w:t>[New York, USA]</w:t>
      </w:r>
      <w:r>
        <w:rPr>
          <w:b w:val="0"/>
        </w:rPr>
        <w:t xml:space="preserve">, of </w:t>
      </w:r>
      <w:r>
        <w:rPr>
          <w:b w:val="0"/>
          <w:color w:val="2446A6"/>
        </w:rPr>
        <w:t>[American]</w:t>
      </w:r>
      <w:r>
        <w:rPr>
          <w:b w:val="0"/>
        </w:rPr>
        <w:t xml:space="preserve"> nationality, holding passport number </w:t>
      </w:r>
      <w:r>
        <w:rPr>
          <w:b w:val="0"/>
          <w:color w:val="2446A6"/>
        </w:rPr>
        <w:t>[A12345678]</w:t>
      </w:r>
      <w:r>
        <w:rPr>
          <w:b w:val="0"/>
        </w:rPr>
        <w:t>.</w:t>
      </w:r>
    </w:p>
    <w:p>
      <w:r>
        <w:rPr>
          <w:b w:val="0"/>
        </w:rPr>
        <w:t xml:space="preserve">The guest will stay at my address from </w:t>
      </w:r>
      <w:r>
        <w:rPr>
          <w:b w:val="0"/>
          <w:color w:val="2446A6"/>
        </w:rPr>
        <w:t>[October 1, 2026]</w:t>
      </w:r>
      <w:r>
        <w:rPr>
          <w:b w:val="0"/>
        </w:rPr>
        <w:t xml:space="preserve"> to </w:t>
      </w:r>
      <w:r>
        <w:rPr>
          <w:b w:val="0"/>
          <w:color w:val="2446A6"/>
        </w:rPr>
        <w:t>[October 15, 2026]</w:t>
      </w:r>
      <w:r>
        <w:rPr>
          <w:b w:val="0"/>
        </w:rPr>
        <w:t xml:space="preserve"> for tourism purposes. I am the </w:t>
      </w:r>
      <w:r>
        <w:rPr>
          <w:b w:val="0"/>
          <w:color w:val="2446A6"/>
        </w:rPr>
        <w:t>[tenant]</w:t>
      </w:r>
      <w:r>
        <w:rPr>
          <w:b w:val="0"/>
        </w:rPr>
        <w:t xml:space="preserve"> of this property, which comprises a private bedroom of approximately </w:t>
      </w:r>
      <w:r>
        <w:rPr>
          <w:b w:val="0"/>
          <w:color w:val="2446A6"/>
        </w:rPr>
        <w:t>[15]</w:t>
      </w:r>
      <w:r>
        <w:rPr>
          <w:b w:val="0"/>
        </w:rPr>
        <w:t xml:space="preserve"> square metres and shared bathroom and kitchen facilities.</w:t>
      </w:r>
    </w:p>
    <w:p>
      <w:r>
        <w:rPr>
          <w:b w:val="0"/>
        </w:rPr>
        <w:t xml:space="preserve">Attached to this certificate are the following documents: a copy of my tenancy agreement dated </w:t>
      </w:r>
      <w:r>
        <w:rPr>
          <w:b w:val="0"/>
          <w:color w:val="2446A6"/>
        </w:rPr>
        <w:t>[March 2024]</w:t>
      </w:r>
      <w:r>
        <w:rPr>
          <w:b w:val="0"/>
        </w:rPr>
        <w:t xml:space="preserve">, an electricity bill for the period </w:t>
      </w:r>
      <w:r>
        <w:rPr>
          <w:b w:val="0"/>
          <w:color w:val="2446A6"/>
        </w:rPr>
        <w:t>[August 2026]</w:t>
      </w:r>
      <w:r>
        <w:rPr>
          <w:b w:val="0"/>
        </w:rPr>
        <w:t xml:space="preserve">, and a copy of my valid French national identity card number </w:t>
      </w:r>
      <w:r>
        <w:rPr>
          <w:b w:val="0"/>
          <w:color w:val="2446A6"/>
        </w:rPr>
        <w:t>[FR123456789]</w:t>
      </w:r>
      <w:r>
        <w:rPr>
          <w:b w:val="0"/>
        </w:rPr>
        <w:t>. These documents confirm my legal occupation and address.</w:t>
      </w:r>
    </w:p>
    <w:p>
      <w:r>
        <w:rPr>
          <w:b w:val="0"/>
        </w:rPr>
        <w:t>I undertake to inform the consular authorities promptly if the guest's travel plans change or if he fails to leave French territory at the end of the authorised period.</w:t>
      </w:r>
    </w:p>
    <w:p>
      <w:r>
        <w:rPr>
          <w:b w:val="0"/>
        </w:rPr>
        <w:t>This certificate of accommodation is issued at the guest's request for submission to the French visa authorities.</w:t>
      </w:r>
    </w:p>
    <w:p>
      <w:r>
        <w:rPr>
          <w:b w:val="0"/>
        </w:rPr>
        <w:t>Yours faithfully,</w:t>
      </w:r>
    </w:p>
    <w:p/>
    <w:p>
      <w:pPr>
        <w:jc w:val="right"/>
      </w:pPr>
      <w:r>
        <w:rPr>
          <w:b w:val="0"/>
          <w:color w:val="2446A6"/>
        </w:rPr>
        <w:t>[Pierre Dupont]</w:t>
      </w:r>
    </w:p>
    <w:p/>
    <w:p>
      <w:r>
        <w:rPr>
          <w:b w:val="0"/>
        </w:rPr>
        <w:t xml:space="preserve">Attachments: Tenancy agreement dated </w:t>
      </w:r>
      <w:r>
        <w:rPr>
          <w:b w:val="0"/>
          <w:color w:val="2446A6"/>
        </w:rPr>
        <w:t>[March 2024]</w:t>
      </w:r>
      <w:r>
        <w:rPr>
          <w:b w:val="0"/>
        </w:rPr>
        <w:t xml:space="preserve">, Electricity bill </w:t>
      </w:r>
      <w:r>
        <w:rPr>
          <w:b w:val="0"/>
          <w:color w:val="2446A6"/>
        </w:rPr>
        <w:t>[August 2026]</w:t>
      </w:r>
      <w:r>
        <w:rPr>
          <w:b w:val="0"/>
        </w:rPr>
        <w:t>, Copy of French national identity card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Attestation d'hébergement en anglais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