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[12 rue des Peupliers, 44000 Nantes]</w:t>
      </w:r>
    </w:p>
    <w:p>
      <w:pPr>
        <w:spacing w:after="0"/>
      </w:pPr>
      <w:r>
        <w:rPr>
          <w:b w:val="0"/>
          <w:color w:val="2446A6"/>
        </w:rPr>
        <w:t>[06 12 34 56 78]</w:t>
      </w:r>
    </w:p>
    <w:p/>
    <w:p>
      <w:pPr>
        <w:spacing w:after="0"/>
        <w:jc w:val="right"/>
      </w:pPr>
      <w:r>
        <w:rPr>
          <w:b w:val="0"/>
        </w:rPr>
        <w:t>SPIP de Loire-Atlantique</w:t>
      </w:r>
    </w:p>
    <w:p>
      <w:pPr>
        <w:spacing w:after="0"/>
        <w:jc w:val="right"/>
      </w:pPr>
      <w:r>
        <w:rPr>
          <w:b w:val="0"/>
        </w:rPr>
        <w:t>12 boulevard de Berlin, 44000 Nantes</w:t>
      </w:r>
    </w:p>
    <w:p/>
    <w:p>
      <w:pPr>
        <w:jc w:val="right"/>
      </w:pPr>
      <w:r>
        <w:rPr>
          <w:b w:val="0"/>
        </w:rPr>
        <w:t xml:space="preserve">À </w:t>
      </w:r>
      <w:r>
        <w:rPr>
          <w:b w:val="0"/>
          <w:color w:val="2446A6"/>
        </w:rPr>
        <w:t>[Nantes]</w:t>
      </w:r>
      <w:r>
        <w:rPr>
          <w:b w:val="0"/>
        </w:rPr>
        <w:t xml:space="preserve">, le </w:t>
      </w:r>
      <w:r>
        <w:rPr>
          <w:b w:val="0"/>
          <w:color w:val="2446A6"/>
        </w:rPr>
        <w:t>[date]</w:t>
      </w:r>
    </w:p>
    <w:p>
      <w:pPr>
        <w:spacing w:after="0"/>
      </w:pPr>
      <w:r>
        <w:rPr>
          <w:b/>
        </w:rPr>
        <w:t>Lettre remise en main propre contre récépissé</w:t>
      </w:r>
    </w:p>
    <w:p>
      <w:r>
        <w:rPr>
          <w:b/>
        </w:rPr>
        <w:t>Objet : attestation d'hébergement en vue d'un placement sous surveillance électronique</w:t>
      </w:r>
    </w:p>
    <w:p/>
    <w:p>
      <w:r>
        <w:rPr>
          <w:b w:val="0"/>
        </w:rPr>
        <w:t>Madame, Monsieur,</w:t>
      </w:r>
    </w:p>
    <w:p>
      <w:r>
        <w:rPr>
          <w:b w:val="0"/>
        </w:rPr>
        <w:t xml:space="preserve">Je soussigné </w:t>
      </w:r>
      <w:r>
        <w:rPr>
          <w:b w:val="0"/>
          <w:color w:val="2446A6"/>
        </w:rPr>
        <w:t>[Prénom Nom]</w:t>
      </w:r>
      <w:r>
        <w:rPr>
          <w:b w:val="0"/>
        </w:rPr>
        <w:t xml:space="preserve">, né le </w:t>
      </w:r>
      <w:r>
        <w:rPr>
          <w:b w:val="0"/>
          <w:color w:val="2446A6"/>
        </w:rPr>
        <w:t>[date de naissance]</w:t>
      </w:r>
      <w:r>
        <w:rPr>
          <w:b w:val="0"/>
        </w:rPr>
        <w:t xml:space="preserve"> à </w:t>
      </w:r>
      <w:r>
        <w:rPr>
          <w:b w:val="0"/>
          <w:color w:val="2446A6"/>
        </w:rPr>
        <w:t>[ville de naissance]</w:t>
      </w:r>
      <w:r>
        <w:rPr>
          <w:b w:val="0"/>
        </w:rPr>
        <w:t xml:space="preserve">, demeurant </w:t>
      </w:r>
      <w:r>
        <w:rPr>
          <w:b w:val="0"/>
          <w:color w:val="2446A6"/>
        </w:rPr>
        <w:t>[12 rue des Peupliers, 44000 Nantes]</w:t>
      </w:r>
      <w:r>
        <w:rPr>
          <w:b w:val="0"/>
        </w:rPr>
        <w:t xml:space="preserve">, atteste sur l'honneur héberger </w:t>
      </w:r>
      <w:r>
        <w:rPr>
          <w:b w:val="0"/>
          <w:color w:val="2446A6"/>
        </w:rPr>
        <w:t>[Prénom Nom du condamné]</w:t>
      </w:r>
      <w:r>
        <w:rPr>
          <w:b w:val="0"/>
        </w:rPr>
        <w:t xml:space="preserve">, né le </w:t>
      </w:r>
      <w:r>
        <w:rPr>
          <w:b w:val="0"/>
          <w:color w:val="2446A6"/>
        </w:rPr>
        <w:t>[date de naissance]</w:t>
      </w:r>
      <w:r>
        <w:rPr>
          <w:b w:val="0"/>
        </w:rPr>
        <w:t xml:space="preserve">, à compter du </w:t>
      </w:r>
      <w:r>
        <w:rPr>
          <w:b w:val="0"/>
          <w:color w:val="2446A6"/>
        </w:rPr>
        <w:t>[1er novembre 2026]</w:t>
      </w:r>
      <w:r>
        <w:rPr>
          <w:b w:val="0"/>
        </w:rPr>
        <w:t xml:space="preserve">, à mon domicile situé </w:t>
      </w:r>
      <w:r>
        <w:rPr>
          <w:b w:val="0"/>
          <w:color w:val="2446A6"/>
        </w:rPr>
        <w:t>[12 rue des Peupliers, 44000 Nantes]</w:t>
      </w:r>
      <w:r>
        <w:rPr>
          <w:b w:val="0"/>
        </w:rPr>
        <w:t>.</w:t>
      </w:r>
    </w:p>
    <w:p>
      <w:r>
        <w:rPr>
          <w:b w:val="0"/>
        </w:rPr>
        <w:t xml:space="preserve">Le logement est un appartement de type </w:t>
      </w:r>
      <w:r>
        <w:rPr>
          <w:b w:val="0"/>
          <w:color w:val="2446A6"/>
        </w:rPr>
        <w:t>[T3]</w:t>
      </w:r>
      <w:r>
        <w:rPr>
          <w:b w:val="0"/>
        </w:rPr>
        <w:t xml:space="preserve"> dont je suis </w:t>
      </w:r>
      <w:r>
        <w:rPr>
          <w:b w:val="0"/>
          <w:color w:val="2446A6"/>
        </w:rPr>
        <w:t>[locataire]</w:t>
      </w:r>
      <w:r>
        <w:rPr>
          <w:b w:val="0"/>
        </w:rPr>
        <w:t xml:space="preserve">, d'une surface de </w:t>
      </w:r>
      <w:r>
        <w:rPr>
          <w:b w:val="0"/>
          <w:color w:val="2446A6"/>
        </w:rPr>
        <w:t>[62 m²]</w:t>
      </w:r>
      <w:r>
        <w:rPr>
          <w:b w:val="0"/>
        </w:rPr>
        <w:t xml:space="preserve">, comprenant </w:t>
      </w:r>
      <w:r>
        <w:rPr>
          <w:b w:val="0"/>
          <w:color w:val="2446A6"/>
        </w:rPr>
        <w:t>[deux chambres]</w:t>
      </w:r>
      <w:r>
        <w:rPr>
          <w:b w:val="0"/>
        </w:rPr>
        <w:t xml:space="preserve">, une ligne téléphonique fixe au </w:t>
      </w:r>
      <w:r>
        <w:rPr>
          <w:b w:val="0"/>
          <w:color w:val="2446A6"/>
        </w:rPr>
        <w:t>[02 40 00 00 00]</w:t>
      </w:r>
      <w:r>
        <w:rPr>
          <w:b w:val="0"/>
        </w:rPr>
        <w:t xml:space="preserve"> et une connexion internet filaire. La chambre mise à disposition dispose d'une prise électrique murale libre, à proximité de laquelle l'installation technique pourra être posée.</w:t>
      </w:r>
    </w:p>
    <w:p>
      <w:r>
        <w:rPr>
          <w:b w:val="0"/>
        </w:rPr>
        <w:t xml:space="preserve">J'exerce la profession de </w:t>
      </w:r>
      <w:r>
        <w:rPr>
          <w:b w:val="0"/>
          <w:color w:val="2446A6"/>
        </w:rPr>
        <w:t>[aide-soignant]</w:t>
      </w:r>
      <w:r>
        <w:rPr>
          <w:b w:val="0"/>
        </w:rPr>
        <w:t xml:space="preserve"> et je suis présent à mon domicile </w:t>
      </w:r>
      <w:r>
        <w:rPr>
          <w:b w:val="0"/>
          <w:color w:val="2446A6"/>
        </w:rPr>
        <w:t>[les soirées à partir de 18 h 30 ainsi que les week-ends]</w:t>
      </w:r>
      <w:r>
        <w:rPr>
          <w:b w:val="0"/>
        </w:rPr>
        <w:t>. Je m'engage à signaler sans délai au service pénitentiaire d'insertion et de probation tout changement d'adresse ou de situation, et à permettre aux agents chargés du contrôle de pénétrer dans les parties communes et dans le logement.</w:t>
      </w:r>
    </w:p>
    <w:p>
      <w:r>
        <w:rPr>
          <w:b w:val="0"/>
        </w:rPr>
        <w:t>Vous trouverez ci-joint la copie de ma carte nationale d'identité, un justificatif de domicile de moins de trois mois, mon contrat de bail ainsi que l'attestation d'assurance habitation mentionnant la présence d'un occupant supplémentaire.</w:t>
      </w:r>
    </w:p>
    <w:p>
      <w:r>
        <w:rPr>
          <w:b w:val="0"/>
        </w:rPr>
        <w:t xml:space="preserve">Je me tiens à votre disposition pour tout complément d'information et pour fixer une visite du logement avant l'audience du </w:t>
      </w:r>
      <w:r>
        <w:rPr>
          <w:b w:val="0"/>
          <w:color w:val="2446A6"/>
        </w:rPr>
        <w:t>[12 novembre 2026]</w:t>
      </w:r>
      <w:r>
        <w:rPr>
          <w:b w:val="0"/>
        </w:rPr>
        <w:t>.</w:t>
      </w:r>
    </w:p>
    <w:p>
      <w:r>
        <w:rPr>
          <w:b w:val="0"/>
        </w:rPr>
        <w:t>Je vous prie d'agréer, Madame, Monsieur, l'expression de mes salutations distinguées.</w:t>
      </w:r>
    </w:p>
    <w:p/>
    <w:p>
      <w:pPr>
        <w:jc w:val="right"/>
      </w:pPr>
      <w:r>
        <w:rPr>
          <w:b w:val="0"/>
          <w:color w:val="2446A6"/>
        </w:rPr>
        <w:t>[Prénom Nom]</w:t>
      </w:r>
    </w:p>
    <w:p/>
    <w:p>
      <w:r>
        <w:rPr>
          <w:b w:val="0"/>
        </w:rPr>
        <w:t>Pièces jointes : copie de la carte d'identité, justificatif de domicile, contrat de bail, attestation d'assurance habitation.</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Attestation d'hébergement pour un bracelet électronique</dc:title>
  <dc:subject/>
  <dc:creator/>
  <cp:keywords/>
  <dc:description/>
  <cp:lastModifiedBy/>
  <cp:revision>1</cp:revision>
  <dcterms:created xsi:type="dcterms:W3CDTF">2013-12-23T23:15:00Z</dcterms:created>
  <dcterms:modified xsi:type="dcterms:W3CDTF">2013-12-23T23:15:00Z</dcterms:modified>
  <cp:category/>
</cp:coreProperties>
</file>