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[Téléphone : 06 12 34 56 78 — Courriel :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[Nom du service destinataire]</w:t>
      </w:r>
    </w:p>
    <w:p>
      <w:pPr>
        <w:spacing w:after="0"/>
        <w:jc w:val="right"/>
      </w:pPr>
      <w:r>
        <w:rPr>
          <w:b w:val="0"/>
          <w:color w:val="2446A6"/>
        </w:rPr>
        <w:t>[Adresse complète du service, code postal,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Attestation d'hébergement pour </w:t>
      </w:r>
      <w:r>
        <w:rPr>
          <w:b/>
          <w:color w:val="2446A6"/>
        </w:rPr>
        <w:t>[Prénom Nom de l'enfant]</w:t>
      </w:r>
      <w:r>
        <w:rPr>
          <w:b/>
        </w:rPr>
        <w:t>, majeur(e)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[12 rue des Lilas, 75011 Paris]</w:t>
      </w:r>
      <w:r>
        <w:rPr>
          <w:b w:val="0"/>
        </w:rPr>
        <w:t xml:space="preserve">, atteste sur l'honneur héberger à mon domicile </w:t>
      </w:r>
      <w:r>
        <w:rPr>
          <w:b w:val="0"/>
          <w:color w:val="2446A6"/>
        </w:rPr>
        <w:t>[Prénom Nom de l'enfant]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[12 mars 2003]</w:t>
      </w:r>
      <w:r>
        <w:rPr>
          <w:b w:val="0"/>
        </w:rPr>
        <w:t xml:space="preserve">, depuis le </w:t>
      </w:r>
      <w:r>
        <w:rPr>
          <w:b w:val="0"/>
          <w:color w:val="2446A6"/>
        </w:rPr>
        <w:t>[1er septembre 2026]</w:t>
      </w:r>
      <w:r>
        <w:rPr>
          <w:b w:val="0"/>
        </w:rPr>
        <w:t>.</w:t>
      </w:r>
    </w:p>
    <w:p>
      <w:r>
        <w:rPr>
          <w:b w:val="0"/>
        </w:rPr>
        <w:t xml:space="preserve">Cet hébergement est gratuit et sans contrepartie financière. </w:t>
      </w:r>
      <w:r>
        <w:rPr>
          <w:b w:val="0"/>
          <w:color w:val="2446A6"/>
        </w:rPr>
        <w:t>[Prénom Nom de l'enfant]</w:t>
      </w:r>
      <w:r>
        <w:rPr>
          <w:b w:val="0"/>
        </w:rPr>
        <w:t xml:space="preserve"> y dispose d'une chambre et y réside de façon permanente, comme en témoignent les courriers qui lui sont adressés à cette adresse.</w:t>
      </w:r>
    </w:p>
    <w:p>
      <w:r>
        <w:rPr>
          <w:b w:val="0"/>
        </w:rPr>
        <w:t xml:space="preserve">Je joins à la présente une copie de ma pièce d'identité, un justificatif de domicile de moins de trois mois à mon nom et une copie de la pièce d'identité de </w:t>
      </w:r>
      <w:r>
        <w:rPr>
          <w:b w:val="0"/>
          <w:color w:val="2446A6"/>
        </w:rPr>
        <w:t>[Prénom Nom de l'enfant]</w:t>
      </w:r>
      <w:r>
        <w:rPr>
          <w:b w:val="0"/>
        </w:rPr>
        <w:t>.</w:t>
      </w:r>
    </w:p>
    <w:p>
      <w:r>
        <w:rPr>
          <w:b w:val="0"/>
        </w:rPr>
        <w:t xml:space="preserve">Cette attestation est établie pour permettre à </w:t>
      </w:r>
      <w:r>
        <w:rPr>
          <w:b w:val="0"/>
          <w:color w:val="2446A6"/>
        </w:rPr>
        <w:t>[Prénom Nom de l'enfant]</w:t>
      </w:r>
      <w:r>
        <w:rPr>
          <w:b w:val="0"/>
        </w:rPr>
        <w:t xml:space="preserve"> d'accomplir les démarches administratives suivantes : </w:t>
      </w:r>
      <w:r>
        <w:rPr>
          <w:b w:val="0"/>
          <w:color w:val="2446A6"/>
        </w:rPr>
        <w:t>[inscription universitaire, demande d'aide au logement, renouvellement de titre de séjour]</w:t>
      </w:r>
      <w:r>
        <w:rPr>
          <w:b w:val="0"/>
        </w:rPr>
        <w:t>.</w:t>
      </w:r>
    </w:p>
    <w:p>
      <w:r>
        <w:rPr>
          <w:b w:val="0"/>
        </w:rPr>
        <w:t>Je m'engage à signaler tout changement d'adresse ou de situation au service destinataire dans un délai de quinze jours.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la pièce d'identité du signataire, justificatif de domicile de moins de 3 mois, copie de la pièce d'identité de l'enfant majeur.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d'hébergement pour un fils ou une fille majeur(e)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