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 de l'hébergeant]</w:t>
      </w:r>
    </w:p>
    <w:p>
      <w:pPr>
        <w:spacing w:after="0"/>
      </w:pPr>
      <w:r>
        <w:rPr>
          <w:b w:val="0"/>
          <w:color w:val="2446A6"/>
        </w:rPr>
        <w:t>[Adresse complète]</w:t>
      </w:r>
    </w:p>
    <w:p>
      <w:pPr>
        <w:spacing w:after="0"/>
      </w:pPr>
      <w:r>
        <w:rPr>
          <w:b w:val="0"/>
          <w:color w:val="2446A6"/>
        </w:rPr>
        <w:t>[Téléphone]</w:t>
      </w:r>
    </w:p>
    <w:p/>
    <w:p>
      <w:pPr>
        <w:spacing w:after="0"/>
        <w:jc w:val="right"/>
      </w:pPr>
      <w:r>
        <w:rPr>
          <w:b w:val="0"/>
        </w:rPr>
        <w:t>Service instructeur des permis de conduire</w:t>
      </w:r>
    </w:p>
    <w:p>
      <w:pPr>
        <w:spacing w:after="0"/>
        <w:jc w:val="right"/>
      </w:pPr>
      <w:r>
        <w:rPr>
          <w:b w:val="0"/>
        </w:rPr>
        <w:t>ANTS – 1 rue de la Convention, 75015 Paris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Attestation à joindre au dossier en ligne sur le site de l'ANTS</w:t>
      </w:r>
    </w:p>
    <w:p>
      <w:r>
        <w:rPr>
          <w:b/>
        </w:rPr>
        <w:t>Objet : Attestation d'hébergement pour une demande de permis de conduire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 de l'hébergeant]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[date de naissance]</w:t>
      </w:r>
      <w:r>
        <w:rPr>
          <w:b w:val="0"/>
        </w:rPr>
        <w:t xml:space="preserve">, demeurant au </w:t>
      </w:r>
      <w:r>
        <w:rPr>
          <w:b w:val="0"/>
          <w:color w:val="2446A6"/>
        </w:rPr>
        <w:t>[adresse complète]</w:t>
      </w:r>
      <w:r>
        <w:rPr>
          <w:b w:val="0"/>
        </w:rPr>
        <w:t xml:space="preserve">, certifie héberger à titre gratuit, sans contrepartie financière, </w:t>
      </w:r>
      <w:r>
        <w:rPr>
          <w:b w:val="0"/>
          <w:color w:val="2446A6"/>
        </w:rPr>
        <w:t>[Prénom Nom du candidat]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[date de naissance]</w:t>
      </w:r>
      <w:r>
        <w:rPr>
          <w:b w:val="0"/>
        </w:rPr>
        <w:t xml:space="preserve">, depuis le </w:t>
      </w:r>
      <w:r>
        <w:rPr>
          <w:b w:val="0"/>
          <w:color w:val="2446A6"/>
        </w:rPr>
        <w:t>[date d'entrée dans le logement]</w:t>
      </w:r>
      <w:r>
        <w:rPr>
          <w:b w:val="0"/>
        </w:rPr>
        <w:t>.</w:t>
      </w:r>
    </w:p>
    <w:p>
      <w:r>
        <w:rPr>
          <w:b w:val="0"/>
        </w:rPr>
        <w:t>Le candidat ne dispose d'aucun justificatif de domicile à son nom ; la présente attestation tient lieu de justificatif de domicile pour sa demande de permis de conduire déposée sur le site de l'ANTS.</w:t>
      </w:r>
    </w:p>
    <w:p>
      <w:r>
        <w:rPr>
          <w:b w:val="0"/>
        </w:rPr>
        <w:t xml:space="preserve">Je joins à la présente attestation la copie de ma pièce d'identité en cours de validité ainsi qu'un justificatif de domicile de moins de six mois à mon nom : </w:t>
      </w:r>
      <w:r>
        <w:rPr>
          <w:b w:val="0"/>
          <w:color w:val="2446A6"/>
        </w:rPr>
        <w:t>[nature du justificatif, par exemple une facture d'électricité du 15 septembre 2026]</w:t>
      </w:r>
      <w:r>
        <w:rPr>
          <w:b w:val="0"/>
        </w:rPr>
        <w:t>.</w:t>
      </w:r>
    </w:p>
    <w:p>
      <w:r>
        <w:rPr>
          <w:b w:val="0"/>
        </w:rPr>
        <w:t>Je déclare sur l'honneur l'exactitude des renseignements mentionnés et être informé(e) que toute fausse déclaration expose son auteur aux sanctions prévues par l'article 441-7 du code pénal. Je suis informé(e) que l'ANTS peut vérifier ces informations auprès des organismes compétents.</w:t>
      </w:r>
    </w:p>
    <w:p>
      <w:r>
        <w:rPr>
          <w:b w:val="0"/>
        </w:rPr>
        <w:t xml:space="preserve">Fait 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  <w:r>
        <w:rPr>
          <w:b w:val="0"/>
        </w:rPr>
        <w:t>, pour servir et valoir ce que de droit.</w:t>
      </w:r>
    </w:p>
    <w:p>
      <w:r>
        <w:rPr>
          <w:b w:val="0"/>
        </w:rPr>
        <w:t>Je vous prie d'agréer, Madame, Monsieur,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 de l'hébergeant]</w:t>
      </w:r>
    </w:p>
    <w:p/>
    <w:p>
      <w:r>
        <w:rPr>
          <w:b w:val="0"/>
        </w:rPr>
        <w:t>Pièce jointe : copie de la pièce d'identité de l'hébergeant et justificatif de domicile de moins de six mois.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d'hébergement pour le permis de conduire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