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 xml:space="preserve">Mairie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</w:rPr>
        <w:t>Service de l'état civil</w:t>
      </w:r>
    </w:p>
    <w:p>
      <w:pPr>
        <w:spacing w:after="0"/>
        <w:jc w:val="right"/>
      </w:pPr>
      <w:r>
        <w:rPr>
          <w:b w:val="0"/>
          <w:color w:val="2446A6"/>
        </w:rPr>
        <w:t>[Adresse de la mairie]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Attestation d'hébergement à titre gratuit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 de naissance]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[numéro et rue]</w:t>
      </w:r>
      <w:r>
        <w:rPr>
          <w:b w:val="0"/>
        </w:rPr>
        <w:t xml:space="preserve">, </w:t>
      </w: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  <w:r>
        <w:rPr>
          <w:b w:val="0"/>
        </w:rPr>
        <w:t xml:space="preserve">, atteste sur l'honneur héberger à titre gratuit depuis le </w:t>
      </w:r>
      <w:r>
        <w:rPr>
          <w:b w:val="0"/>
          <w:color w:val="2446A6"/>
        </w:rPr>
        <w:t>[date de début d'hébergement]</w:t>
      </w:r>
      <w:r>
        <w:rPr>
          <w:b w:val="0"/>
        </w:rPr>
        <w:t xml:space="preserve"> :</w:t>
      </w:r>
    </w:p>
    <w:p>
      <w:r>
        <w:rPr>
          <w:b w:val="0"/>
          <w:color w:val="2446A6"/>
        </w:rPr>
        <w:t>[Madame/Monsieur]</w:t>
      </w:r>
      <w:r>
        <w:rPr>
          <w:b w:val="0"/>
        </w:rPr>
        <w:t xml:space="preserve"> </w:t>
      </w:r>
      <w:r>
        <w:rPr>
          <w:b w:val="0"/>
          <w:color w:val="2446A6"/>
        </w:rPr>
        <w:t>[Prénom Nom de l'hébergé]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 de l'hébergé]</w:t>
      </w:r>
      <w:r>
        <w:rPr>
          <w:b w:val="0"/>
        </w:rPr>
        <w:t xml:space="preserve"> à </w:t>
      </w:r>
      <w:r>
        <w:rPr>
          <w:b w:val="0"/>
          <w:color w:val="2446A6"/>
        </w:rPr>
        <w:t>[lieu de naissance de l'hébergé]</w:t>
      </w:r>
      <w:r>
        <w:rPr>
          <w:b w:val="0"/>
        </w:rPr>
        <w:t>, à mon domicile situé à l'adresse précitée.</w:t>
      </w:r>
    </w:p>
    <w:p>
      <w:r>
        <w:rPr>
          <w:b w:val="0"/>
        </w:rPr>
        <w:t xml:space="preserve">Cette attestation est établie pour servir et valoir ce que de droit, notamment comme justificatif de domicile pour </w:t>
      </w:r>
      <w:r>
        <w:rPr>
          <w:b w:val="0"/>
          <w:color w:val="2446A6"/>
        </w:rPr>
        <w:t>[la demande de carte nationale d'identité / le renouvellement de titre de séjour / l'inscription sur les listes électorales]</w:t>
      </w:r>
      <w:r>
        <w:rPr>
          <w:b w:val="0"/>
        </w:rPr>
        <w:t>.</w:t>
      </w:r>
    </w:p>
    <w:p>
      <w:r>
        <w:rPr>
          <w:b w:val="0"/>
        </w:rPr>
        <w:t>J'autorise l'administration à effectuer toute vérification qu'elle jugera utile concernant l'occupation réelle du logement.</w:t>
      </w:r>
    </w:p>
    <w:p>
      <w:r>
        <w:rPr>
          <w:b w:val="0"/>
        </w:rPr>
        <w:t>Je m'engage à informer immédiatement l'administration de tout changement dans cette situation d'hébergement.</w:t>
      </w:r>
    </w:p>
    <w:p>
      <w:r>
        <w:rPr>
          <w:b w:val="0"/>
        </w:rPr>
        <w:t>Fait pour valoir ce que de droit.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ma pièce d'identité et de mon justificatif de domicile de moins de 3 mois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d'hébergement : modèle gratuit à remplir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