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du Général Leclerc]</w:t>
      </w:r>
    </w:p>
    <w:p>
      <w:pPr>
        <w:spacing w:after="0"/>
      </w:pPr>
      <w:r>
        <w:rPr>
          <w:b w:val="0"/>
          <w:color w:val="2446A6"/>
        </w:rPr>
        <w:t>[75015 Paris]</w:t>
      </w:r>
    </w:p>
    <w:p>
      <w:pPr>
        <w:spacing w:after="0"/>
      </w:pPr>
      <w:r>
        <w:rPr>
          <w:b w:val="0"/>
          <w:color w:val="2446A6"/>
        </w:rPr>
        <w:t>[Tél. : 06 12 34 56 78]</w:t>
      </w:r>
    </w:p>
    <w:p/>
    <w:p>
      <w:pPr>
        <w:spacing w:after="0"/>
        <w:jc w:val="right"/>
      </w:pPr>
      <w:r>
        <w:rPr>
          <w:b w:val="0"/>
        </w:rPr>
        <w:t xml:space="preserve">Auto-école </w:t>
      </w:r>
      <w:r>
        <w:rPr>
          <w:b w:val="0"/>
          <w:color w:val="2446A6"/>
        </w:rPr>
        <w:t>[Nom de l'auto-école]</w:t>
      </w:r>
    </w:p>
    <w:p>
      <w:pPr>
        <w:spacing w:after="0"/>
        <w:jc w:val="right"/>
      </w:pPr>
      <w:r>
        <w:rPr>
          <w:b w:val="0"/>
        </w:rPr>
        <w:t>À l'attention du responsable pédagogique</w:t>
      </w:r>
    </w:p>
    <w:p>
      <w:pPr>
        <w:spacing w:after="0"/>
        <w:jc w:val="right"/>
      </w:pPr>
      <w:r>
        <w:rPr>
          <w:b w:val="0"/>
          <w:color w:val="2446A6"/>
        </w:rPr>
        <w:t>[3 avenue de la République]</w:t>
      </w:r>
    </w:p>
    <w:p>
      <w:pPr>
        <w:spacing w:after="0"/>
        <w:jc w:val="right"/>
      </w:pPr>
      <w:r>
        <w:rPr>
          <w:b w:val="0"/>
          <w:color w:val="2446A6"/>
        </w:rPr>
        <w:t>[44000 Nantes]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de possession de l'ASSR2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[15/03/2008]</w:t>
      </w:r>
      <w:r>
        <w:rPr>
          <w:b w:val="0"/>
        </w:rPr>
        <w:t xml:space="preserve"> à </w:t>
      </w:r>
      <w:r>
        <w:rPr>
          <w:b w:val="0"/>
          <w:color w:val="2446A6"/>
        </w:rPr>
        <w:t>[Lyon]</w:t>
      </w:r>
      <w:r>
        <w:rPr>
          <w:b w:val="0"/>
        </w:rPr>
        <w:t xml:space="preserve">, déclare sur l'honneur avoir obtenu l'Attestation Scolaire de Sécurité Routière de niveau 2 (ASSR2) au cours de l'année scolaire </w:t>
      </w:r>
      <w:r>
        <w:rPr>
          <w:b w:val="0"/>
          <w:color w:val="2446A6"/>
        </w:rPr>
        <w:t>[2022-2023]</w:t>
      </w:r>
      <w:r>
        <w:rPr>
          <w:b w:val="0"/>
        </w:rPr>
        <w:t>.</w:t>
      </w:r>
    </w:p>
    <w:p>
      <w:r>
        <w:rPr>
          <w:b w:val="0"/>
        </w:rPr>
        <w:t xml:space="preserve">Cette attestation m'a été délivrée par le collège </w:t>
      </w:r>
      <w:r>
        <w:rPr>
          <w:b w:val="0"/>
          <w:color w:val="2446A6"/>
        </w:rPr>
        <w:t>[Jean Moulin]</w:t>
      </w:r>
      <w:r>
        <w:rPr>
          <w:b w:val="0"/>
        </w:rPr>
        <w:t xml:space="preserve">, situé </w:t>
      </w:r>
      <w:r>
        <w:rPr>
          <w:b w:val="0"/>
          <w:color w:val="2446A6"/>
        </w:rPr>
        <w:t>[2 rue du Collège, 69005 Lyon]</w:t>
      </w:r>
      <w:r>
        <w:rPr>
          <w:b w:val="0"/>
        </w:rPr>
        <w:t>, sous la responsabilité du chef d'établissement. Le document original a été égaré et je ne suis plus en mesure de le présenter.</w:t>
      </w:r>
    </w:p>
    <w:p>
      <w:r>
        <w:rPr>
          <w:b w:val="0"/>
        </w:rPr>
        <w:t>Je certifie que la présente déclaration est exacte et sincère, et je l'établis pour servir et valoir ce que de droit dans le cadre de mon inscription à l'examen du permis de conduire, conformément à l'article R221-5 du Code de la route.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carte nationale d'identité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pour un ASSR2 perdu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