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 la Liberté]</w:t>
      </w:r>
    </w:p>
    <w:p>
      <w:pPr>
        <w:spacing w:after="0"/>
      </w:pPr>
      <w:r>
        <w:rPr>
          <w:b w:val="0"/>
          <w:color w:val="2446A6"/>
        </w:rPr>
        <w:t>[75010 Paris]</w:t>
      </w:r>
    </w:p>
    <w:p>
      <w:pPr>
        <w:spacing w:after="0"/>
      </w:pPr>
      <w:r>
        <w:rPr>
          <w:b w:val="0"/>
          <w:color w:val="2446A6"/>
        </w:rPr>
        <w:t>[prenom.nom@email.fr]</w:t>
      </w:r>
    </w:p>
    <w:p>
      <w:pPr>
        <w:spacing w:after="0"/>
      </w:pPr>
      <w:r>
        <w:rPr>
          <w:b w:val="0"/>
          <w:color w:val="2446A6"/>
        </w:rPr>
        <w:t>[01 23 45 67 89]</w:t>
      </w:r>
    </w:p>
    <w:p/>
    <w:p>
      <w:pPr>
        <w:spacing w:after="0"/>
        <w:jc w:val="right"/>
      </w:pPr>
      <w:r>
        <w:rPr>
          <w:b w:val="0"/>
        </w:rPr>
        <w:t>Monsieur le Maire</w:t>
      </w:r>
    </w:p>
    <w:p>
      <w:pPr>
        <w:spacing w:after="0"/>
        <w:jc w:val="right"/>
      </w:pPr>
      <w:r>
        <w:rPr>
          <w:b w:val="0"/>
        </w:rPr>
        <w:t xml:space="preserve">Mairie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</w:rPr>
        <w:t>Service de l'état civil</w:t>
      </w:r>
    </w:p>
    <w:p>
      <w:pPr>
        <w:spacing w:after="0"/>
        <w:jc w:val="right"/>
      </w:pPr>
      <w:r>
        <w:rPr>
          <w:b w:val="0"/>
          <w:color w:val="2446A6"/>
        </w:rPr>
        <w:t>[Place de la Mairie]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de célibat et de non-polygamie</w:t>
      </w:r>
    </w:p>
    <w:p/>
    <w:p>
      <w:r>
        <w:rPr>
          <w:b w:val="0"/>
        </w:rPr>
        <w:t>Monsieur le Maire,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[M. / Mme 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[15 mars 1988]</w:t>
      </w:r>
      <w:r>
        <w:rPr>
          <w:b w:val="0"/>
        </w:rPr>
        <w:t xml:space="preserve"> à </w:t>
      </w:r>
      <w:r>
        <w:rPr>
          <w:b w:val="0"/>
          <w:color w:val="2446A6"/>
        </w:rPr>
        <w:t>[Lyon (69)]</w:t>
      </w:r>
      <w:r>
        <w:rPr>
          <w:b w:val="0"/>
        </w:rPr>
        <w:t xml:space="preserve">, de nationalité française, demeurant au </w:t>
      </w:r>
      <w:r>
        <w:rPr>
          <w:b w:val="0"/>
          <w:color w:val="2446A6"/>
        </w:rPr>
        <w:t>[12 rue de la Liberté, 75010 Paris]</w:t>
      </w:r>
      <w:r>
        <w:rPr>
          <w:b w:val="0"/>
        </w:rPr>
        <w:t>, certifie sur l'honneur être célibataire et n'avoir contracté aucune autre union, en France ou à l'étranger.</w:t>
      </w:r>
    </w:p>
    <w:p>
      <w:r>
        <w:rPr>
          <w:b w:val="0"/>
        </w:rPr>
        <w:t xml:space="preserve">Je certifie également ne pas vivre en état de polygamie et, le cas échéant, n'avoir consenti à aucun remariage depuis le décès ou le divorce de mon précédent conjoint. La présente attestation est délivrée en vue de mon projet de mariage avec </w:t>
      </w:r>
      <w:r>
        <w:rPr>
          <w:b w:val="0"/>
          <w:color w:val="2446A6"/>
        </w:rPr>
        <w:t>[Prénom Nom du futur conjoint]</w:t>
      </w:r>
      <w:r>
        <w:rPr>
          <w:b w:val="0"/>
        </w:rPr>
        <w:t xml:space="preserve"> devant l'officier d'état civil de votre commune.</w:t>
      </w:r>
    </w:p>
    <w:p>
      <w:r>
        <w:rPr>
          <w:b w:val="0"/>
        </w:rPr>
        <w:t>Je déclare avoir pleinement conscience qu'une fausse déclaration constitue un faux et un usage de faux, puni des peines prévues à l'article 441-1 du code pénal, soit trois ans d'emprisonnement et 45 000 euros d'amende.</w:t>
      </w:r>
    </w:p>
    <w:p>
      <w:r>
        <w:rPr>
          <w:b w:val="0"/>
        </w:rPr>
        <w:t>Je vous prie d'agréer, Monsieur le Maire,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intégrale de l'acte de naissance de moins de trois mois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célibat et de non-polygamie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