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l'organisme]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</w:rPr>
        <w:t xml:space="preserve">À l'attention du service </w:t>
      </w:r>
      <w:r>
        <w:rPr>
          <w:b w:val="0"/>
          <w:color w:val="2446A6"/>
        </w:rPr>
        <w:t>[nom du service]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relative à un emploi CESU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[adresse]</w:t>
      </w:r>
      <w:r>
        <w:rPr>
          <w:b w:val="0"/>
        </w:rPr>
        <w:t xml:space="preserve">, atteste sur l'honneur être employé(e) par </w:t>
      </w:r>
      <w:r>
        <w:rPr>
          <w:b w:val="0"/>
          <w:color w:val="2446A6"/>
        </w:rPr>
        <w:t>[Nom de l'employeur]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[adresse de l'employeur]</w:t>
      </w:r>
      <w:r>
        <w:rPr>
          <w:b w:val="0"/>
        </w:rPr>
        <w:t>, dans le cadre d'un contrat de travail régi par le dispositif du Chèque emploi service universel (CESU).</w:t>
      </w:r>
    </w:p>
    <w:p>
      <w:r>
        <w:rPr>
          <w:b w:val="0"/>
        </w:rPr>
        <w:t xml:space="preserve">Cette activité a débuté le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 et se poursuit à ce jour. J'effectue </w:t>
      </w:r>
      <w:r>
        <w:rPr>
          <w:b w:val="0"/>
          <w:color w:val="2446A6"/>
        </w:rPr>
        <w:t>[nombre d'heures]</w:t>
      </w:r>
      <w:r>
        <w:rPr>
          <w:b w:val="0"/>
        </w:rPr>
        <w:t xml:space="preserve"> heures par semaine, pour une rémunération nette de </w:t>
      </w:r>
      <w:r>
        <w:rPr>
          <w:b w:val="0"/>
          <w:color w:val="2446A6"/>
        </w:rPr>
        <w:t>[montant net horaire]</w:t>
      </w:r>
      <w:r>
        <w:rPr>
          <w:b w:val="0"/>
        </w:rPr>
        <w:t xml:space="preserve"> euros de l'heure, soit un salaire net mensuel de </w:t>
      </w:r>
      <w:r>
        <w:rPr>
          <w:b w:val="0"/>
          <w:color w:val="2446A6"/>
        </w:rPr>
        <w:t>[montant net mensuel]</w:t>
      </w:r>
      <w:r>
        <w:rPr>
          <w:b w:val="0"/>
        </w:rPr>
        <w:t xml:space="preserve"> euros.</w:t>
      </w:r>
    </w:p>
    <w:p>
      <w:r>
        <w:rPr>
          <w:b w:val="0"/>
        </w:rPr>
        <w:t xml:space="preserve">Je certifie l'exactitude de ces informations et les déclare conformes aux déclarations effectuées auprès de l'Urssaf via le CESU. La présente attestation est délivrée à </w:t>
      </w:r>
      <w:r>
        <w:rPr>
          <w:b w:val="0"/>
          <w:color w:val="2446A6"/>
        </w:rPr>
        <w:t>[destinataire]</w:t>
      </w:r>
      <w:r>
        <w:rPr>
          <w:b w:val="0"/>
        </w:rPr>
        <w:t xml:space="preserve"> pour faire valoir ce que de droit.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du bulletin de salaire CESU du mois de </w:t>
      </w:r>
      <w:r>
        <w:rPr>
          <w:b w:val="0"/>
          <w:color w:val="2446A6"/>
        </w:rPr>
        <w:t>[mois]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pour un emploi CESU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