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 postale]</w:t>
      </w:r>
    </w:p>
    <w:p>
      <w:pPr>
        <w:spacing w:after="0"/>
      </w:pPr>
      <w:r>
        <w:rPr>
          <w:b w:val="0"/>
          <w:color w:val="2446A6"/>
        </w:rPr>
        <w:t>[Téléphone]</w:t>
      </w:r>
    </w:p>
    <w:p/>
    <w:p>
      <w:pPr>
        <w:spacing w:after="0"/>
        <w:jc w:val="right"/>
      </w:pPr>
      <w:r>
        <w:rPr>
          <w:b w:val="0"/>
        </w:rPr>
        <w:t>Service des ressources humaines</w:t>
      </w:r>
    </w:p>
    <w:p>
      <w:pPr>
        <w:spacing w:after="0"/>
        <w:jc w:val="right"/>
      </w:pPr>
      <w:r>
        <w:rPr>
          <w:b w:val="0"/>
          <w:color w:val="2446A6"/>
        </w:rPr>
        <w:t>[Nom de l'entreprise]</w:t>
      </w:r>
    </w:p>
    <w:p>
      <w:pPr>
        <w:spacing w:after="0"/>
        <w:jc w:val="right"/>
      </w:pPr>
      <w:r>
        <w:rPr>
          <w:b w:val="0"/>
          <w:color w:val="2446A6"/>
        </w:rPr>
        <w:t>[Adresse de l'entreprise]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[date]</w:t>
      </w:r>
    </w:p>
    <w:p>
      <w:pPr>
        <w:spacing w:after="0"/>
      </w:pPr>
      <w:r>
        <w:rPr>
          <w:b/>
        </w:rPr>
        <w:t>Lettre recommandée avec accusé de réception</w:t>
      </w:r>
    </w:p>
    <w:p>
      <w:r>
        <w:rPr>
          <w:b/>
        </w:rPr>
        <w:t>Objet : Attestation sur l'honneur pour un congé paternité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Je soussigné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, salarié de votre entreprise depuis le </w:t>
      </w:r>
      <w:r>
        <w:rPr>
          <w:b w:val="0"/>
          <w:color w:val="2446A6"/>
        </w:rPr>
        <w:t>[date d'embauche]</w:t>
      </w:r>
      <w:r>
        <w:rPr>
          <w:b w:val="0"/>
        </w:rPr>
        <w:t xml:space="preserve"> en qualité de </w:t>
      </w:r>
      <w:r>
        <w:rPr>
          <w:b w:val="0"/>
          <w:color w:val="2446A6"/>
        </w:rPr>
        <w:t>[poste]</w:t>
      </w:r>
      <w:r>
        <w:rPr>
          <w:b w:val="0"/>
        </w:rPr>
        <w:t xml:space="preserve">, atteste sur l'honneur que je souhaite bénéficier du congé de paternité et d'accueil de l'enfant prévu à l'article L. 1225-35 du Code du travail, pour une durée de 25 jours calendaires, du </w:t>
      </w:r>
      <w:r>
        <w:rPr>
          <w:b w:val="0"/>
          <w:color w:val="2446A6"/>
        </w:rPr>
        <w:t>[date de début]</w:t>
      </w:r>
      <w:r>
        <w:rPr>
          <w:b w:val="0"/>
        </w:rPr>
        <w:t xml:space="preserve"> au </w:t>
      </w:r>
      <w:r>
        <w:rPr>
          <w:b w:val="0"/>
          <w:color w:val="2446A6"/>
        </w:rPr>
        <w:t>[date de fin]</w:t>
      </w:r>
      <w:r>
        <w:rPr>
          <w:b w:val="0"/>
        </w:rPr>
        <w:t xml:space="preserve"> inclus.</w:t>
      </w:r>
    </w:p>
    <w:p>
      <w:r>
        <w:rPr>
          <w:b w:val="0"/>
        </w:rPr>
        <w:t xml:space="preserve">Je certifie que je cesse toute activité professionnelle, salariée ou non, pendant cette période, et que je vis avec mon enfant </w:t>
      </w:r>
      <w:r>
        <w:rPr>
          <w:b w:val="0"/>
          <w:color w:val="2446A6"/>
        </w:rPr>
        <w:t>[Prénom de l'enfant]</w:t>
      </w:r>
      <w:r>
        <w:rPr>
          <w:b w:val="0"/>
        </w:rPr>
        <w:t xml:space="preserve">, né le </w:t>
      </w:r>
      <w:r>
        <w:rPr>
          <w:b w:val="0"/>
          <w:color w:val="2446A6"/>
        </w:rPr>
        <w:t>[date de naissance]</w:t>
      </w:r>
      <w:r>
        <w:rPr>
          <w:b w:val="0"/>
        </w:rPr>
        <w:t xml:space="preserve"> à </w:t>
      </w:r>
      <w:r>
        <w:rPr>
          <w:b w:val="0"/>
          <w:color w:val="2446A6"/>
        </w:rPr>
        <w:t>[ville de naissance]</w:t>
      </w:r>
      <w:r>
        <w:rPr>
          <w:b w:val="0"/>
        </w:rPr>
        <w:t>. Je m'engage à informer immédiatement votre service des ressources humaines de tout changement de situation.</w:t>
      </w:r>
    </w:p>
    <w:p>
      <w:r>
        <w:rPr>
          <w:b w:val="0"/>
        </w:rPr>
        <w:t>Je joins à la présente attestation la copie intégrale de l'acte de naissance de mon enfant. Conformément à l'article D. 1225-8 du Code du travail, les quatre premiers jours du congé sont obligatoires et doivent être pris immédiatement après les trois jours de naissance.</w:t>
      </w:r>
    </w:p>
    <w:p>
      <w:r>
        <w:rPr>
          <w:b w:val="0"/>
        </w:rPr>
        <w:t xml:space="preserve">Les 21 jours restants seront pris avant le </w:t>
      </w:r>
      <w:r>
        <w:rPr>
          <w:b w:val="0"/>
          <w:color w:val="2446A6"/>
        </w:rPr>
        <w:t>[date limite : 6 mois après naissance]</w:t>
      </w:r>
      <w:r>
        <w:rPr>
          <w:b w:val="0"/>
        </w:rPr>
        <w:t>, conformément au délai de six mois fixé par la loi. Les indemnités journalières sont versées par la Sécurité sociale, sous réserve de la transmission de cette attestation à votre service paie.</w:t>
      </w:r>
    </w:p>
    <w:p>
      <w:r>
        <w:rPr>
          <w:b w:val="0"/>
        </w:rPr>
        <w:t>Je vous prie d'agréer, Madame, Monsieur, l'expression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 xml:space="preserve">Pièce jointe : copie intégrale de l'acte de naissance de </w:t>
      </w:r>
      <w:r>
        <w:rPr>
          <w:b w:val="0"/>
          <w:color w:val="2446A6"/>
        </w:rPr>
        <w:t>[Prénom de l'enfant]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Attestation sur l'honneur pour un congé paternité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