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[adresse]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Attestation sur l’honneur de covoiturage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[adresse]</w:t>
      </w:r>
      <w:r>
        <w:rPr>
          <w:b w:val="0"/>
        </w:rPr>
        <w:t xml:space="preserve">, atteste sur l’honneur avoir covoituré avec </w:t>
      </w:r>
      <w:r>
        <w:rPr>
          <w:b w:val="0"/>
          <w:color w:val="2446A6"/>
        </w:rPr>
        <w:t>[Prénom Nom du covoitureur]</w:t>
      </w:r>
      <w:r>
        <w:rPr>
          <w:b w:val="0"/>
        </w:rPr>
        <w:t xml:space="preserve"> pour le trajet domicile-travail du </w:t>
      </w:r>
      <w:r>
        <w:rPr>
          <w:b w:val="0"/>
          <w:color w:val="2446A6"/>
        </w:rPr>
        <w:t>[date de début]</w:t>
      </w:r>
      <w:r>
        <w:rPr>
          <w:b w:val="0"/>
        </w:rPr>
        <w:t xml:space="preserve"> au </w:t>
      </w:r>
      <w:r>
        <w:rPr>
          <w:b w:val="0"/>
          <w:color w:val="2446A6"/>
        </w:rPr>
        <w:t>[date de fin]</w:t>
      </w:r>
      <w:r>
        <w:rPr>
          <w:b w:val="0"/>
        </w:rPr>
        <w:t xml:space="preserve">, à raison de </w:t>
      </w:r>
      <w:r>
        <w:rPr>
          <w:b w:val="0"/>
          <w:color w:val="2446A6"/>
        </w:rPr>
        <w:t>[nombre]</w:t>
      </w:r>
      <w:r>
        <w:rPr>
          <w:b w:val="0"/>
        </w:rPr>
        <w:t xml:space="preserve"> jours par semaine.</w:t>
      </w:r>
    </w:p>
    <w:p>
      <w:r>
        <w:rPr>
          <w:b w:val="0"/>
        </w:rPr>
        <w:t xml:space="preserve">Le véhicule utilisé est un(e) </w:t>
      </w:r>
      <w:r>
        <w:rPr>
          <w:b w:val="0"/>
          <w:color w:val="2446A6"/>
        </w:rPr>
        <w:t>[marque modèle]</w:t>
      </w:r>
      <w:r>
        <w:rPr>
          <w:b w:val="0"/>
        </w:rPr>
        <w:t xml:space="preserve"> immatriculé(e) </w:t>
      </w:r>
      <w:r>
        <w:rPr>
          <w:b w:val="0"/>
          <w:color w:val="2446A6"/>
        </w:rPr>
        <w:t>[numéro d’immatriculation]</w:t>
      </w:r>
      <w:r>
        <w:rPr>
          <w:b w:val="0"/>
        </w:rPr>
        <w:t xml:space="preserve">. J’ai effectué le trajet de </w:t>
      </w:r>
      <w:r>
        <w:rPr>
          <w:b w:val="0"/>
          <w:color w:val="2446A6"/>
        </w:rPr>
        <w:t>[adresse domicile]</w:t>
      </w:r>
      <w:r>
        <w:rPr>
          <w:b w:val="0"/>
        </w:rPr>
        <w:t xml:space="preserve"> à </w:t>
      </w:r>
      <w:r>
        <w:rPr>
          <w:b w:val="0"/>
          <w:color w:val="2446A6"/>
        </w:rPr>
        <w:t>[adresse travail]</w:t>
      </w:r>
      <w:r>
        <w:rPr>
          <w:b w:val="0"/>
        </w:rPr>
        <w:t xml:space="preserve">, soit </w:t>
      </w:r>
      <w:r>
        <w:rPr>
          <w:b w:val="0"/>
          <w:color w:val="2446A6"/>
        </w:rPr>
        <w:t>[distance]</w:t>
      </w:r>
      <w:r>
        <w:rPr>
          <w:b w:val="0"/>
        </w:rPr>
        <w:t xml:space="preserve"> kilomètres aller-retour, en partageant les frais avec </w:t>
      </w:r>
      <w:r>
        <w:rPr>
          <w:b w:val="0"/>
          <w:color w:val="2446A6"/>
        </w:rPr>
        <w:t>[nom du covoitureur]</w:t>
      </w:r>
      <w:r>
        <w:rPr>
          <w:b w:val="0"/>
        </w:rPr>
        <w:t>.</w:t>
      </w:r>
    </w:p>
    <w:p>
      <w:r>
        <w:rPr>
          <w:b w:val="0"/>
        </w:rPr>
        <w:t>Cette attestation est fournie dans le cadre de la demande de remboursement des frais de transport domicile-travail. Je suis informé(e) que toute fausse déclaration est passible des peines prévues à l’article 441-7 du code pénal (3 ans d’emprisonnement et 45 000 € d’amende).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carte grise du véhicule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de covoiturage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