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 complète]</w:t>
      </w:r>
    </w:p>
    <w:p>
      <w:pPr>
        <w:spacing w:after="0"/>
      </w:pPr>
      <w:r>
        <w:rPr>
          <w:b w:val="0"/>
          <w:color w:val="2446A6"/>
        </w:rPr>
        <w:t>[Numéro de sécurité sociale]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Caisse Primaire d’Assurance Maladie</w:t>
      </w:r>
    </w:p>
    <w:p>
      <w:pPr>
        <w:spacing w:after="0"/>
        <w:jc w:val="right"/>
      </w:pPr>
      <w:r>
        <w:rPr>
          <w:b w:val="0"/>
        </w:rPr>
        <w:t>Service des indemnités journalières</w:t>
      </w:r>
    </w:p>
    <w:p>
      <w:pPr>
        <w:spacing w:after="0"/>
        <w:jc w:val="right"/>
      </w:pPr>
      <w:r>
        <w:rPr>
          <w:b w:val="0"/>
          <w:color w:val="2446A6"/>
        </w:rPr>
        <w:t>[Adresse de la CPAM]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l’honneur du dernier jour travaillé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, demeurant à </w:t>
      </w:r>
      <w:r>
        <w:rPr>
          <w:b w:val="0"/>
          <w:color w:val="2446A6"/>
        </w:rPr>
        <w:t>[adresse]</w:t>
      </w:r>
      <w:r>
        <w:rPr>
          <w:b w:val="0"/>
        </w:rPr>
        <w:t xml:space="preserve">, atteste sur l’honneur que mon dernier jour de travail effectif au sein de la société </w:t>
      </w:r>
      <w:r>
        <w:rPr>
          <w:b w:val="0"/>
          <w:color w:val="2446A6"/>
        </w:rPr>
        <w:t>[Nom de l’employeur]</w:t>
      </w:r>
      <w:r>
        <w:rPr>
          <w:b w:val="0"/>
        </w:rPr>
        <w:t xml:space="preserve"> avant mon arrêt maladie est le </w:t>
      </w:r>
      <w:r>
        <w:rPr>
          <w:b w:val="0"/>
          <w:color w:val="2446A6"/>
        </w:rPr>
        <w:t>[date du dernier jour travaillé]</w:t>
      </w:r>
      <w:r>
        <w:rPr>
          <w:b w:val="0"/>
        </w:rPr>
        <w:t>.</w:t>
      </w:r>
    </w:p>
    <w:p>
      <w:r>
        <w:rPr>
          <w:b w:val="0"/>
        </w:rPr>
        <w:t xml:space="preserve">Je n’ai exercé aucune activité professionnelle à compter de cette date et suis en arrêt de travail prescrit par le docteur </w:t>
      </w:r>
      <w:r>
        <w:rPr>
          <w:b w:val="0"/>
          <w:color w:val="2446A6"/>
        </w:rPr>
        <w:t>[Nom du médecin]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[date de début d’arrêt]</w:t>
      </w:r>
      <w:r>
        <w:rPr>
          <w:b w:val="0"/>
        </w:rPr>
        <w:t>. Conformément à l’article L. 321-1 du Code de la sécurité sociale, cette déclaration est établie en vue de l’attribution des indemnités journalières.</w:t>
      </w:r>
    </w:p>
    <w:p>
      <w:r>
        <w:rPr>
          <w:b w:val="0"/>
        </w:rPr>
        <w:t>Je certifie l’exactitude de cette déclaration et me tiens à la disposition du service médical pour tout contrôle. Je vous prie d’agréer, Madame, Monsieur, l’expression de ma considération distinguée.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volet 3 de l’arrêt de travail (Cerfa n° 10170*04)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l’honneur du dernier jour travaillé (CPAM)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