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 complète]</w:t>
      </w:r>
    </w:p>
    <w:p>
      <w:pPr>
        <w:spacing w:after="0"/>
      </w:pPr>
      <w:r>
        <w:rPr>
          <w:b w:val="0"/>
          <w:color w:val="2446A6"/>
        </w:rPr>
        <w:t>[Code postal Ville]</w:t>
      </w:r>
    </w:p>
    <w:p>
      <w:pPr>
        <w:spacing w:after="0"/>
      </w:pPr>
      <w:r>
        <w:rPr>
          <w:b w:val="0"/>
        </w:rPr>
        <w:t xml:space="preserve">Téléphone : </w:t>
      </w:r>
      <w:r>
        <w:rPr>
          <w:b w:val="0"/>
          <w:color w:val="2446A6"/>
        </w:rPr>
        <w:t>[numéro]</w:t>
      </w:r>
    </w:p>
    <w:p/>
    <w:p>
      <w:pPr>
        <w:spacing w:after="0"/>
        <w:jc w:val="right"/>
      </w:pPr>
      <w:r>
        <w:rPr>
          <w:b w:val="0"/>
          <w:color w:val="2446A6"/>
        </w:rPr>
        <w:t>[Nom de l'organisme]</w:t>
      </w:r>
    </w:p>
    <w:p>
      <w:pPr>
        <w:spacing w:after="0"/>
        <w:jc w:val="right"/>
      </w:pPr>
      <w:r>
        <w:rPr>
          <w:b w:val="0"/>
          <w:color w:val="2446A6"/>
        </w:rPr>
        <w:t>[Service concerné]</w:t>
      </w:r>
    </w:p>
    <w:p>
      <w:pPr>
        <w:spacing w:after="0"/>
        <w:jc w:val="right"/>
      </w:pPr>
      <w:r>
        <w:rPr>
          <w:b w:val="0"/>
          <w:color w:val="2446A6"/>
        </w:rPr>
        <w:t>[Adresse]</w:t>
      </w:r>
    </w:p>
    <w:p>
      <w:pPr>
        <w:spacing w:after="0"/>
        <w:jc w:val="right"/>
      </w:pPr>
      <w:r>
        <w:rPr>
          <w:b w:val="0"/>
          <w:color w:val="2446A6"/>
        </w:rPr>
        <w:t>[Code postal Ville]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r>
        <w:rPr>
          <w:b/>
        </w:rPr>
        <w:t>Objet : Attestation sur l'honneur de domicile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Je soussigné(e) </w:t>
      </w:r>
      <w:r>
        <w:rPr>
          <w:b w:val="0"/>
          <w:color w:val="2446A6"/>
        </w:rPr>
        <w:t>[Prénom Nom]</w:t>
      </w:r>
      <w:r>
        <w:rPr>
          <w:b w:val="0"/>
        </w:rPr>
        <w:t xml:space="preserve">, né(e) le </w:t>
      </w:r>
      <w:r>
        <w:rPr>
          <w:b w:val="0"/>
          <w:color w:val="2446A6"/>
        </w:rPr>
        <w:t>[date de naissance]</w:t>
      </w:r>
      <w:r>
        <w:rPr>
          <w:b w:val="0"/>
        </w:rPr>
        <w:t xml:space="preserve"> à </w:t>
      </w:r>
      <w:r>
        <w:rPr>
          <w:b w:val="0"/>
          <w:color w:val="2446A6"/>
        </w:rPr>
        <w:t>[lieu de naissance]</w:t>
      </w:r>
      <w:r>
        <w:rPr>
          <w:b w:val="0"/>
        </w:rPr>
        <w:t xml:space="preserve">, demeurant au </w:t>
      </w:r>
      <w:r>
        <w:rPr>
          <w:b w:val="0"/>
          <w:color w:val="2446A6"/>
        </w:rPr>
        <w:t>[adresse complète]</w:t>
      </w:r>
      <w:r>
        <w:rPr>
          <w:b w:val="0"/>
        </w:rPr>
        <w:t xml:space="preserve">, atteste sur l'honneur que cette adresse constitue ma résidence principale depuis le </w:t>
      </w:r>
      <w:r>
        <w:rPr>
          <w:b w:val="0"/>
          <w:color w:val="2446A6"/>
        </w:rPr>
        <w:t>[date d'emménagement]</w:t>
      </w:r>
      <w:r>
        <w:rPr>
          <w:b w:val="0"/>
        </w:rPr>
        <w:t>.</w:t>
      </w:r>
    </w:p>
    <w:p>
      <w:r>
        <w:rPr>
          <w:b w:val="0"/>
        </w:rPr>
        <w:t xml:space="preserve">Cette attestation est établie à la demande de </w:t>
      </w:r>
      <w:r>
        <w:rPr>
          <w:b w:val="0"/>
          <w:color w:val="2446A6"/>
        </w:rPr>
        <w:t>[nom de l'organisme]</w:t>
      </w:r>
      <w:r>
        <w:rPr>
          <w:b w:val="0"/>
        </w:rPr>
        <w:t xml:space="preserve"> en vue de </w:t>
      </w:r>
      <w:r>
        <w:rPr>
          <w:b w:val="0"/>
          <w:color w:val="2446A6"/>
        </w:rPr>
        <w:t>[motif : inscription scolaire, demande de titre de séjour, etc.]</w:t>
      </w:r>
      <w:r>
        <w:rPr>
          <w:b w:val="0"/>
        </w:rPr>
        <w:t xml:space="preserve">. Je joins une copie de ma facture d'électricité datée du </w:t>
      </w:r>
      <w:r>
        <w:rPr>
          <w:b w:val="0"/>
          <w:color w:val="2446A6"/>
        </w:rPr>
        <w:t>[date]</w:t>
      </w:r>
      <w:r>
        <w:rPr>
          <w:b w:val="0"/>
        </w:rPr>
        <w:t xml:space="preserve"> comme justificatif de domicile. Je suis pleinement informé(e) que toute fausse déclaration m'expose aux sanctions prévues par l'article 441-1 du code pénal, soit une peine de trois ans d'emprisonnement et 45 000 euros d'amende.</w:t>
      </w:r>
    </w:p>
    <w:p>
      <w:r>
        <w:rPr>
          <w:b w:val="0"/>
        </w:rPr>
        <w:t>Fait pour servir et valoir ce que de droit.</w:t>
      </w:r>
    </w:p>
    <w:p>
      <w:r>
        <w:rPr>
          <w:b w:val="0"/>
        </w:rPr>
        <w:t>Je vous prie d'agréer, Madame, Monsieur, l'expression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 xml:space="preserve">Pièce jointe : </w:t>
      </w:r>
      <w:r>
        <w:rPr>
          <w:b w:val="0"/>
          <w:color w:val="2446A6"/>
        </w:rPr>
        <w:t>[justificatif de domicile]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Attestation sur l'honneur de domicile ou de résidence principale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