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rPr>
        <w:t xml:space="preserve">Téléphone : </w:t>
      </w:r>
      <w:r>
        <w:rPr>
          <w:b w:val="0"/>
          <w:color w:val="2446A6"/>
        </w:rPr>
        <w:t>[06 12 34 56 78]</w:t>
      </w:r>
    </w:p>
    <w:p/>
    <w:p>
      <w:pPr>
        <w:spacing w:after="0"/>
        <w:jc w:val="right"/>
      </w:pPr>
      <w:r>
        <w:rPr>
          <w:b w:val="0"/>
        </w:rPr>
        <w:t>À qui de droit</w:t>
      </w:r>
    </w:p>
    <w:p>
      <w:pPr>
        <w:spacing w:after="0"/>
        <w:jc w:val="right"/>
      </w:pPr>
      <w:r>
        <w:rPr>
          <w:b w:val="0"/>
        </w:rPr>
        <w:t>Caisse d'allocations familiales de Paris</w:t>
      </w:r>
    </w:p>
    <w:p>
      <w:pPr>
        <w:spacing w:after="0"/>
        <w:jc w:val="right"/>
      </w:pPr>
      <w:r>
        <w:rPr>
          <w:b w:val="0"/>
        </w:rPr>
        <w:t>12 rue du Docteur Finlay, 75015 Paris</w:t>
      </w:r>
    </w:p>
    <w:p/>
    <w:p>
      <w:pPr>
        <w:jc w:val="right"/>
      </w:pPr>
      <w:r>
        <w:rPr>
          <w:b w:val="0"/>
        </w:rPr>
        <w:t xml:space="preserve">À </w:t>
      </w:r>
      <w:r>
        <w:rPr>
          <w:b w:val="0"/>
          <w:color w:val="2446A6"/>
        </w:rPr>
        <w:t>[ville]</w:t>
      </w:r>
      <w:r>
        <w:rPr>
          <w:b w:val="0"/>
        </w:rPr>
        <w:t xml:space="preserve">, le </w:t>
      </w:r>
      <w:r>
        <w:rPr>
          <w:b w:val="0"/>
          <w:color w:val="2446A6"/>
        </w:rPr>
        <w:t>[date]</w:t>
      </w:r>
    </w:p>
    <w:p>
      <w:r>
        <w:rPr>
          <w:b/>
        </w:rPr>
        <w:t>Objet : Attestation sur l'honneur de garde alternée</w:t>
      </w:r>
    </w:p>
    <w:p/>
    <w:p>
      <w:r>
        <w:rPr>
          <w:b w:val="0"/>
        </w:rPr>
        <w:t>Madame, Monsieur,</w:t>
      </w:r>
    </w:p>
    <w:p>
      <w:r>
        <w:rPr>
          <w:b w:val="0"/>
        </w:rPr>
        <w:t xml:space="preserve">Je soussigné </w:t>
      </w:r>
      <w:r>
        <w:rPr>
          <w:b w:val="0"/>
          <w:color w:val="2446A6"/>
        </w:rPr>
        <w:t>[Prénom Nom]</w:t>
      </w:r>
      <w:r>
        <w:rPr>
          <w:b w:val="0"/>
        </w:rPr>
        <w:t xml:space="preserve">, demeurant au </w:t>
      </w:r>
      <w:r>
        <w:rPr>
          <w:b w:val="0"/>
          <w:color w:val="2446A6"/>
        </w:rPr>
        <w:t>[adresse]</w:t>
      </w:r>
      <w:r>
        <w:rPr>
          <w:b w:val="0"/>
        </w:rPr>
        <w:t xml:space="preserve">, atteste sur l'honneur que la résidence de mon enfant </w:t>
      </w:r>
      <w:r>
        <w:rPr>
          <w:b w:val="0"/>
          <w:color w:val="2446A6"/>
        </w:rPr>
        <w:t>[Prénom Nom]</w:t>
      </w:r>
      <w:r>
        <w:rPr>
          <w:b w:val="0"/>
        </w:rPr>
        <w:t xml:space="preserve">, né le </w:t>
      </w:r>
      <w:r>
        <w:rPr>
          <w:b w:val="0"/>
          <w:color w:val="2446A6"/>
        </w:rPr>
        <w:t>[date de naissance]</w:t>
      </w:r>
      <w:r>
        <w:rPr>
          <w:b w:val="0"/>
        </w:rPr>
        <w:t xml:space="preserve">, est fixée en alternance au domicile de sa mère, </w:t>
      </w:r>
      <w:r>
        <w:rPr>
          <w:b w:val="0"/>
          <w:color w:val="2446A6"/>
        </w:rPr>
        <w:t>[Prénom Nom]</w:t>
      </w:r>
      <w:r>
        <w:rPr>
          <w:b w:val="0"/>
        </w:rPr>
        <w:t xml:space="preserve">, et au mien depuis le </w:t>
      </w:r>
      <w:r>
        <w:rPr>
          <w:b w:val="0"/>
          <w:color w:val="2446A6"/>
        </w:rPr>
        <w:t>[date de début]</w:t>
      </w:r>
      <w:r>
        <w:rPr>
          <w:b w:val="0"/>
        </w:rPr>
        <w:t>.</w:t>
      </w:r>
    </w:p>
    <w:p>
      <w:r>
        <w:rPr>
          <w:b w:val="0"/>
        </w:rPr>
        <w:t>Cette organisation prévoit une semaine sur deux, du lundi à la sortie de l'école au lundi suivant à l'ouverture de l'école, ainsi que la moitié des vacances scolaires. Les frais d'entretien, de cantine et de transport sont répartis par moitié entre les deux parents, sans pension alimentaire versée de part et d'autre.</w:t>
      </w:r>
    </w:p>
    <w:p>
      <w:r>
        <w:rPr>
          <w:b w:val="0"/>
        </w:rPr>
        <w:t>Cette résidence alternée est organisée par convention parentale en application de l'article 373-2-9 du Code civil. Je certifie que cette alternance est effective et qu'aucune procédure judiciaire n'est en cours pour la modifier.</w:t>
      </w:r>
    </w:p>
    <w:p>
      <w:r>
        <w:rPr>
          <w:b w:val="0"/>
        </w:rPr>
        <w:t>La présente attestation est établie pour servir et valoir ce que de droit, notamment auprès de votre organisme.</w:t>
      </w:r>
    </w:p>
    <w:p>
      <w:r>
        <w:rPr>
          <w:b w:val="0"/>
        </w:rPr>
        <w:t>Je vous prie d'agréer, Madame, Monsieur, l'expression de mes salutations distinguées.</w:t>
      </w:r>
    </w:p>
    <w:p/>
    <w:p>
      <w:pPr>
        <w:jc w:val="right"/>
      </w:pPr>
      <w:r>
        <w:rPr>
          <w:b w:val="0"/>
          <w:color w:val="2446A6"/>
        </w:rPr>
        <w:t>[Prénom Nom]</w:t>
      </w:r>
    </w:p>
    <w:p/>
    <w:p>
      <w:r>
        <w:rPr>
          <w:b w:val="0"/>
        </w:rPr>
        <w:t xml:space="preserve">Pièce jointe : copie de la convention parentale signée le </w:t>
      </w:r>
      <w:r>
        <w:rPr>
          <w:b w:val="0"/>
          <w:color w:val="2446A6"/>
        </w:rPr>
        <w:t>[date]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Attestation sur l'honneur de garde alternée</dc:title>
  <dc:subject/>
  <dc:creator/>
  <cp:keywords/>
  <dc:description/>
  <cp:lastModifiedBy/>
  <cp:revision>1</cp:revision>
  <dcterms:created xsi:type="dcterms:W3CDTF">2013-12-23T23:15:00Z</dcterms:created>
  <dcterms:modified xsi:type="dcterms:W3CDTF">2013-12-23T23:15:00Z</dcterms:modified>
  <cp:category/>
</cp:coreProperties>
</file>