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[Téléphone]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[Email]</w:t>
      </w:r>
    </w:p>
    <w:p/>
    <w:p>
      <w:pPr>
        <w:spacing w:after="0"/>
        <w:jc w:val="right"/>
      </w:pPr>
      <w:r>
        <w:rPr>
          <w:b w:val="0"/>
        </w:rPr>
        <w:t>Pôle emploi – Direction régionale</w:t>
      </w:r>
    </w:p>
    <w:p>
      <w:pPr>
        <w:spacing w:after="0"/>
        <w:jc w:val="right"/>
      </w:pPr>
      <w:r>
        <w:rPr>
          <w:b w:val="0"/>
        </w:rPr>
        <w:t>1 avenue du Docteur Gley</w:t>
      </w:r>
    </w:p>
    <w:p>
      <w:pPr>
        <w:spacing w:after="0"/>
        <w:jc w:val="right"/>
      </w:pPr>
      <w:r>
        <w:rPr>
          <w:b w:val="0"/>
        </w:rPr>
        <w:t>75020 Paris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de non-activité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soussigné(e)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né(e)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[lieu de naissance]</w:t>
      </w:r>
      <w:r>
        <w:rPr>
          <w:b w:val="0"/>
        </w:rPr>
        <w:t xml:space="preserve">, demeurant </w:t>
      </w:r>
      <w:r>
        <w:rPr>
          <w:b w:val="0"/>
          <w:color w:val="2446A6"/>
        </w:rPr>
        <w:t>[adresse complète]</w:t>
      </w:r>
      <w:r>
        <w:rPr>
          <w:b w:val="0"/>
        </w:rPr>
        <w:t xml:space="preserve">, atteste sur l'honneur n'avoir exercé aucune activité professionnelle, salariée ou non, durant la période du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de fin]</w:t>
      </w:r>
      <w:r>
        <w:rPr>
          <w:b w:val="0"/>
        </w:rPr>
        <w:t>.</w:t>
      </w:r>
    </w:p>
    <w:p>
      <w:r>
        <w:rPr>
          <w:b w:val="0"/>
        </w:rPr>
        <w:t xml:space="preserve">Cette attestation est fournie à l'appui de ma demande de </w:t>
      </w:r>
      <w:r>
        <w:rPr>
          <w:b w:val="0"/>
          <w:color w:val="2446A6"/>
        </w:rPr>
        <w:t>[précisez l'objet : allocation chômage, exonération de taxe, etc.]</w:t>
      </w:r>
      <w:r>
        <w:rPr>
          <w:b w:val="0"/>
        </w:rPr>
        <w:t>.</w:t>
      </w:r>
    </w:p>
    <w:p>
      <w:r>
        <w:rPr>
          <w:b w:val="0"/>
        </w:rPr>
        <w:t>Je suis informé(e) que toute fausse déclaration m'expose aux sanctions prévues par l'article 441-7 du code pénal.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Copie de la carte nationale d'identité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de non-activité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