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Lucas Martin</w:t>
      </w:r>
    </w:p>
    <w:p>
      <w:pPr>
        <w:spacing w:after="0"/>
      </w:pPr>
      <w:r>
        <w:rPr>
          <w:b w:val="0"/>
        </w:rPr>
        <w:t>12 rue des Lilas, 75011 Paris</w:t>
      </w:r>
    </w:p>
    <w:p>
      <w:pPr>
        <w:spacing w:after="0"/>
      </w:pPr>
      <w:r>
        <w:rPr>
          <w:b w:val="0"/>
        </w:rPr>
        <w:t>06 12 34 56 78</w:t>
      </w:r>
    </w:p>
    <w:p>
      <w:pPr>
        <w:spacing w:after="0"/>
      </w:pPr>
      <w:r>
        <w:rPr>
          <w:b w:val="0"/>
        </w:rPr>
        <w:t>lucas.martin@email.fr</w:t>
      </w:r>
    </w:p>
    <w:p/>
    <w:p>
      <w:pPr>
        <w:spacing w:after="0"/>
        <w:jc w:val="right"/>
      </w:pPr>
      <w:r>
        <w:rPr>
          <w:b w:val="0"/>
        </w:rPr>
        <w:t>Chambre de Métiers et de l'Artisanat de Paris</w:t>
      </w:r>
    </w:p>
    <w:p>
      <w:pPr>
        <w:spacing w:after="0"/>
        <w:jc w:val="right"/>
      </w:pPr>
      <w:r>
        <w:rPr>
          <w:b w:val="0"/>
        </w:rPr>
        <w:t>Service Immatriculation</w:t>
      </w:r>
    </w:p>
    <w:p>
      <w:pPr>
        <w:spacing w:after="0"/>
        <w:jc w:val="right"/>
      </w:pPr>
      <w:r>
        <w:rPr>
          <w:b w:val="0"/>
        </w:rPr>
        <w:t>72 rue de Reuilly, 75012 Paris</w:t>
      </w:r>
    </w:p>
    <w:p/>
    <w:p>
      <w:pPr>
        <w:jc w:val="right"/>
      </w:pPr>
      <w:r>
        <w:rPr>
          <w:b w:val="0"/>
        </w:rPr>
        <w:t>À Paris,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non-condamnation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 Lucas Martin, né le 15 mars 1990 à Paris (75014), de nationalité française, exerçant en tant que micro-entrepreneur sous le numéro SIRET </w:t>
      </w:r>
      <w:r>
        <w:rPr>
          <w:b w:val="0"/>
          <w:color w:val="2446A6"/>
        </w:rPr>
        <w:t>[123 456 789 00012]</w:t>
      </w:r>
      <w:r>
        <w:rPr>
          <w:b w:val="0"/>
        </w:rPr>
        <w:t xml:space="preserve"> pour une activité de </w:t>
      </w:r>
      <w:r>
        <w:rPr>
          <w:b w:val="0"/>
          <w:color w:val="2446A6"/>
        </w:rPr>
        <w:t>[transport léger de marchandises]</w:t>
      </w:r>
      <w:r>
        <w:rPr>
          <w:b w:val="0"/>
        </w:rPr>
        <w:t>, atteste sur l'honneur n'avoir fait l'objet d'aucune condamnation pénale inscrite au bulletin n°2 du casier judiciaire, ni d'aucune interdiction de gérer, de diriger ou d'exercer une activité professionnelle ou sociale. Cette déclaration est conforme à l'article 441-1 du Code pénal qui réprime les fausses attestations.</w:t>
      </w:r>
    </w:p>
    <w:p>
      <w:r>
        <w:rPr>
          <w:b w:val="0"/>
        </w:rPr>
        <w:t>Je fournis cette attestation dans le cadre de ma demande d'immatriculation au Registre des Transporteurs Légers, conformément à l'article R. 3113-1 du Code des transports. Je suis informé que toute fausse déclaration m'expose à une peine de trois ans d'emprisonnement et 45 000 euros d'amende, ainsi qu'à l'interdiction d'exercer une activité commerciale. Je joins à cette attestation la copie de ma carte nationale d'identité. Fait pour servir et valoir ce que de droit.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</w:rPr>
        <w:t>Lucas Martin</w:t>
      </w:r>
    </w:p>
    <w:p/>
    <w:p>
      <w:r>
        <w:rPr>
          <w:b w:val="0"/>
        </w:rPr>
        <w:t>Pièce jointe : copie de la carte nationale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non-condamnation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