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Tilleuls,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Directeur</w:t>
      </w:r>
    </w:p>
    <w:p>
      <w:pPr>
        <w:spacing w:after="0"/>
        <w:jc w:val="right"/>
      </w:pPr>
      <w:r>
        <w:rPr>
          <w:b w:val="0"/>
        </w:rPr>
        <w:t>Agence Immo Loire, 8 place Royale, 44000 Nantes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attestation sur l'honneur de non-imposition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 le </w:t>
      </w:r>
      <w:r>
        <w:rPr>
          <w:b w:val="0"/>
          <w:color w:val="2446A6"/>
        </w:rPr>
        <w:t>[14 mars 1994]</w:t>
      </w:r>
      <w:r>
        <w:rPr>
          <w:b w:val="0"/>
        </w:rPr>
        <w:t xml:space="preserve"> à </w:t>
      </w:r>
      <w:r>
        <w:rPr>
          <w:b w:val="0"/>
          <w:color w:val="2446A6"/>
        </w:rPr>
        <w:t>[Rennes]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[12 rue des Tilleuls, 44000 Nantes]</w:t>
      </w:r>
      <w:r>
        <w:rPr>
          <w:b w:val="0"/>
        </w:rPr>
        <w:t xml:space="preserve">, atteste sur l'honneur ne pas avoir été imposable à l'impôt sur le revenu au titre des revenus de l'année </w:t>
      </w:r>
      <w:r>
        <w:rPr>
          <w:b w:val="0"/>
          <w:color w:val="2446A6"/>
        </w:rPr>
        <w:t>[2025]</w:t>
      </w:r>
      <w:r>
        <w:rPr>
          <w:b w:val="0"/>
        </w:rPr>
        <w:t>.</w:t>
      </w:r>
    </w:p>
    <w:p>
      <w:r>
        <w:rPr>
          <w:b w:val="0"/>
        </w:rPr>
        <w:t xml:space="preserve">Mon avis d'imposition établi en </w:t>
      </w:r>
      <w:r>
        <w:rPr>
          <w:b w:val="0"/>
          <w:color w:val="2446A6"/>
        </w:rPr>
        <w:t>[août 2026]</w:t>
      </w:r>
      <w:r>
        <w:rPr>
          <w:b w:val="0"/>
        </w:rPr>
        <w:t xml:space="preserve"> porte la mention « non imposable » et fait apparaître un revenu fiscal de référence de </w:t>
      </w:r>
      <w:r>
        <w:rPr>
          <w:b w:val="0"/>
          <w:color w:val="2446A6"/>
        </w:rPr>
        <w:t>[11 480 €]</w:t>
      </w:r>
      <w:r>
        <w:rPr>
          <w:b w:val="0"/>
        </w:rPr>
        <w:t xml:space="preserve"> pour </w:t>
      </w:r>
      <w:r>
        <w:rPr>
          <w:b w:val="0"/>
          <w:color w:val="2446A6"/>
        </w:rPr>
        <w:t>[deux parts]</w:t>
      </w:r>
      <w:r>
        <w:rPr>
          <w:b w:val="0"/>
        </w:rPr>
        <w:t xml:space="preserve"> de quotient familial.</w:t>
      </w:r>
    </w:p>
    <w:p>
      <w:r>
        <w:rPr>
          <w:b w:val="0"/>
        </w:rPr>
        <w:t xml:space="preserve">Cette situation résulte de </w:t>
      </w:r>
      <w:r>
        <w:rPr>
          <w:b w:val="0"/>
          <w:color w:val="2446A6"/>
        </w:rPr>
        <w:t>[mes revenus d'apprenti, exonérés à hauteur de 19 744 € en 2025]</w:t>
      </w:r>
      <w:r>
        <w:rPr>
          <w:b w:val="0"/>
        </w:rPr>
        <w:t xml:space="preserve"> et ne correspond à aucune dissimulation de revenus ni à un défaut de déclaration.</w:t>
      </w:r>
    </w:p>
    <w:p>
      <w:r>
        <w:rPr>
          <w:b w:val="0"/>
        </w:rPr>
        <w:t xml:space="preserve">Je joins à la présente la copie de mon avis de situation déclarative à l'impôt sur le revenu, téléchargé le </w:t>
      </w:r>
      <w:r>
        <w:rPr>
          <w:b w:val="0"/>
          <w:color w:val="2446A6"/>
        </w:rPr>
        <w:t>[2 septembre 2026]</w:t>
      </w:r>
      <w:r>
        <w:rPr>
          <w:b w:val="0"/>
        </w:rPr>
        <w:t xml:space="preserve"> depuis mon espace particulier du site impots.gouv.fr.</w:t>
      </w:r>
    </w:p>
    <w:p>
      <w:r>
        <w:rPr>
          <w:b w:val="0"/>
        </w:rPr>
        <w:t>Je déclare avoir conscience que cette attestation est établie pour servir et valoir ce que de droit, et que toute fausse déclaration m'expose aux sanctions prévues par l'article 441-7 du code pénal.</w:t>
      </w:r>
    </w:p>
    <w:p>
      <w:r>
        <w:rPr>
          <w:b w:val="0"/>
        </w:rPr>
        <w:t xml:space="preserve">Elle est établie pour être remise à votre agence dans le cadre de </w:t>
      </w:r>
      <w:r>
        <w:rPr>
          <w:b w:val="0"/>
          <w:color w:val="2446A6"/>
        </w:rPr>
        <w:t>[l'étude de mon dossier de location du logement situé 22 boulevard Gabriel Guist'hau, 44100 Nantes]</w:t>
      </w:r>
      <w:r>
        <w:rPr>
          <w:b w:val="0"/>
        </w:rPr>
        <w:t>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l'avis de situation déclarative à l'impôt sur le revenu 2026 (revenus 2025)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non-imposition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