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[4 rue de la République]</w:t>
      </w:r>
    </w:p>
    <w:p>
      <w:pPr>
        <w:spacing w:after="0"/>
      </w:pPr>
      <w:r>
        <w:rPr>
          <w:b w:val="0"/>
          <w:color w:val="2446A6"/>
        </w:rPr>
        <w:t>[75011 Paris]</w:t>
      </w:r>
    </w:p>
    <w:p>
      <w:pPr>
        <w:spacing w:after="0"/>
      </w:pPr>
      <w:r>
        <w:rPr>
          <w:b w:val="0"/>
          <w:color w:val="2446A6"/>
        </w:rPr>
        <w:t>[07 00 00 00 00]</w:t>
      </w:r>
    </w:p>
    <w:p/>
    <w:p>
      <w:pPr>
        <w:spacing w:after="0"/>
        <w:jc w:val="right"/>
      </w:pPr>
      <w:r>
        <w:rPr>
          <w:b w:val="0"/>
        </w:rPr>
        <w:t xml:space="preserve">Caisse d'Allocations Familiales de </w:t>
      </w:r>
      <w:r>
        <w:rPr>
          <w:b w:val="0"/>
          <w:color w:val="2446A6"/>
        </w:rPr>
        <w:t>[département]</w:t>
      </w:r>
    </w:p>
    <w:p>
      <w:pPr>
        <w:spacing w:after="0"/>
        <w:jc w:val="right"/>
      </w:pPr>
      <w:r>
        <w:rPr>
          <w:b w:val="0"/>
        </w:rPr>
        <w:t>Service des prestations</w:t>
      </w:r>
    </w:p>
    <w:p>
      <w:pPr>
        <w:spacing w:after="0"/>
        <w:jc w:val="right"/>
      </w:pPr>
      <w:r>
        <w:rPr>
          <w:b w:val="0"/>
          <w:color w:val="2446A6"/>
        </w:rPr>
        <w:t>[adresse postale du service]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de versement d'une pension alimentaire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[commune]</w:t>
      </w:r>
      <w:r>
        <w:rPr>
          <w:b w:val="0"/>
        </w:rPr>
        <w:t xml:space="preserve">, résidant à l'adresse ci-dessus, certifie sur l'honneur verser une pension alimentaire d'un montant de </w:t>
      </w:r>
      <w:r>
        <w:rPr>
          <w:b w:val="0"/>
          <w:color w:val="2446A6"/>
        </w:rPr>
        <w:t>[300 euros]</w:t>
      </w:r>
      <w:r>
        <w:rPr>
          <w:b w:val="0"/>
        </w:rPr>
        <w:t xml:space="preserve"> par mois pour l'entretien de mon enfant </w:t>
      </w:r>
      <w:r>
        <w:rPr>
          <w:b w:val="0"/>
          <w:color w:val="2446A6"/>
        </w:rPr>
        <w:t>[prénom nom de l'enfant]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 de l'enfant]</w:t>
      </w:r>
      <w:r>
        <w:rPr>
          <w:b w:val="0"/>
        </w:rPr>
        <w:t>.</w:t>
      </w:r>
    </w:p>
    <w:p>
      <w:r>
        <w:rPr>
          <w:b w:val="0"/>
        </w:rPr>
        <w:t xml:space="preserve">Ce versement est effectué depuis le </w:t>
      </w:r>
      <w:r>
        <w:rPr>
          <w:b w:val="0"/>
          <w:color w:val="2446A6"/>
        </w:rPr>
        <w:t>[1er septembre 2025]</w:t>
      </w:r>
      <w:r>
        <w:rPr>
          <w:b w:val="0"/>
        </w:rPr>
        <w:t xml:space="preserve">, en exécution du jugement du tribunal judiciaire de </w:t>
      </w:r>
      <w:r>
        <w:rPr>
          <w:b w:val="0"/>
          <w:color w:val="2446A6"/>
        </w:rPr>
        <w:t>[ville]</w:t>
      </w:r>
      <w:r>
        <w:rPr>
          <w:b w:val="0"/>
        </w:rPr>
        <w:t xml:space="preserve"> rendu le </w:t>
      </w:r>
      <w:r>
        <w:rPr>
          <w:b w:val="0"/>
          <w:color w:val="2446A6"/>
        </w:rPr>
        <w:t>[date du jugement]</w:t>
      </w:r>
      <w:r>
        <w:rPr>
          <w:b w:val="0"/>
        </w:rPr>
        <w:t xml:space="preserve">. La somme est virée le 5 de chaque mois sur le compte bancaire ouvert au nom de </w:t>
      </w:r>
      <w:r>
        <w:rPr>
          <w:b w:val="0"/>
          <w:color w:val="2446A6"/>
        </w:rPr>
        <w:t>[prénom nom du parent bénéficiaire]</w:t>
      </w:r>
      <w:r>
        <w:rPr>
          <w:b w:val="0"/>
        </w:rPr>
        <w:t xml:space="preserve">, domicilié au </w:t>
      </w:r>
      <w:r>
        <w:rPr>
          <w:b w:val="0"/>
          <w:color w:val="2446A6"/>
        </w:rPr>
        <w:t>[adresse du bénéficiaire]</w:t>
      </w:r>
      <w:r>
        <w:rPr>
          <w:b w:val="0"/>
        </w:rPr>
        <w:t>, dont le RIB est joint en pièce annexe.</w:t>
      </w:r>
    </w:p>
    <w:p>
      <w:r>
        <w:rPr>
          <w:b w:val="0"/>
        </w:rPr>
        <w:t>Je suis informé(e) que toute fausse déclaration m'expose aux sanctions pénales prévues par l'article 441-1 du Code pénal, soit trois ans d'emprisonnement et 45 000 euros d'amende.</w:t>
      </w:r>
    </w:p>
    <w:p>
      <w:r>
        <w:rPr>
          <w:b w:val="0"/>
        </w:rPr>
        <w:t>Je joins à cette attestation la copie de ma pièce d'identité et le relevé d'identité bancaire du compte destinataire.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RIB et copie de la carte nationale d'identité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pour une pension alimentaire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