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Téléphone : </w:t>
      </w:r>
      <w:r>
        <w:rPr>
          <w:b w:val="0"/>
          <w:color w:val="2446A6"/>
        </w:rPr>
        <w:t>[numéro]</w:t>
      </w:r>
    </w:p>
    <w:p>
      <w:pPr>
        <w:spacing w:after="0"/>
      </w:pPr>
      <w:r>
        <w:rPr>
          <w:b w:val="0"/>
        </w:rPr>
        <w:t xml:space="preserve">Email : </w:t>
      </w:r>
      <w:r>
        <w:rPr>
          <w:b w:val="0"/>
          <w:color w:val="2446A6"/>
        </w:rPr>
        <w:t>[adresse email]</w:t>
      </w:r>
    </w:p>
    <w:p/>
    <w:p>
      <w:pPr>
        <w:spacing w:after="0"/>
        <w:jc w:val="right"/>
      </w:pPr>
      <w:r>
        <w:rPr>
          <w:b w:val="0"/>
        </w:rPr>
        <w:t>Consulat général de France à New York</w:t>
      </w:r>
    </w:p>
    <w:p>
      <w:pPr>
        <w:spacing w:after="0"/>
        <w:jc w:val="right"/>
      </w:pPr>
      <w:r>
        <w:rPr>
          <w:b w:val="0"/>
        </w:rPr>
        <w:t>934 Fifth Avenue</w:t>
      </w:r>
    </w:p>
    <w:p>
      <w:pPr>
        <w:spacing w:after="0"/>
        <w:jc w:val="right"/>
      </w:pPr>
      <w:r>
        <w:rPr>
          <w:b w:val="0"/>
        </w:rPr>
        <w:t>New York, NY 10021</w:t>
      </w:r>
    </w:p>
    <w:p>
      <w:pPr>
        <w:spacing w:after="0"/>
        <w:jc w:val="right"/>
      </w:pPr>
      <w:r>
        <w:rPr>
          <w:b w:val="0"/>
        </w:rPr>
        <w:t>États-Unis</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Attestation sur l'honneur de prise en charge financière</w:t>
      </w:r>
    </w:p>
    <w:p/>
    <w:p>
      <w:r>
        <w:rPr>
          <w:b w:val="0"/>
        </w:rPr>
        <w:t>Madame, Monsieur,</w:t>
      </w:r>
    </w:p>
    <w:p>
      <w:r>
        <w:rPr>
          <w:b w:val="0"/>
        </w:rPr>
        <w:t xml:space="preserve">Je soussigné(e) </w:t>
      </w:r>
      <w:r>
        <w:rPr>
          <w:b w:val="0"/>
          <w:color w:val="2446A6"/>
        </w:rPr>
        <w:t>[Prénom Nom]</w:t>
      </w:r>
      <w:r>
        <w:rPr>
          <w:b w:val="0"/>
        </w:rPr>
        <w:t xml:space="preserve">, né(e) le </w:t>
      </w:r>
      <w:r>
        <w:rPr>
          <w:b w:val="0"/>
          <w:color w:val="2446A6"/>
        </w:rPr>
        <w:t>[date de naissance]</w:t>
      </w:r>
      <w:r>
        <w:rPr>
          <w:b w:val="0"/>
        </w:rPr>
        <w:t xml:space="preserve"> à </w:t>
      </w:r>
      <w:r>
        <w:rPr>
          <w:b w:val="0"/>
          <w:color w:val="2446A6"/>
        </w:rPr>
        <w:t>[lieu de naissance]</w:t>
      </w:r>
      <w:r>
        <w:rPr>
          <w:b w:val="0"/>
        </w:rPr>
        <w:t xml:space="preserve">, demeurant </w:t>
      </w:r>
      <w:r>
        <w:rPr>
          <w:b w:val="0"/>
          <w:color w:val="2446A6"/>
        </w:rPr>
        <w:t>[adresse complète]</w:t>
      </w:r>
      <w:r>
        <w:rPr>
          <w:b w:val="0"/>
        </w:rPr>
        <w:t xml:space="preserve">, atteste sur l'honneur prendre en charge financièrement </w:t>
      </w:r>
      <w:r>
        <w:rPr>
          <w:b w:val="0"/>
          <w:color w:val="2446A6"/>
        </w:rPr>
        <w:t>[Prénom Nom de la personne prise en charge]</w:t>
      </w:r>
      <w:r>
        <w:rPr>
          <w:b w:val="0"/>
        </w:rPr>
        <w:t xml:space="preserve">, né(e) le </w:t>
      </w:r>
      <w:r>
        <w:rPr>
          <w:b w:val="0"/>
          <w:color w:val="2446A6"/>
        </w:rPr>
        <w:t>[date de naissance]</w:t>
      </w:r>
      <w:r>
        <w:rPr>
          <w:b w:val="0"/>
        </w:rPr>
        <w:t xml:space="preserve"> à </w:t>
      </w:r>
      <w:r>
        <w:rPr>
          <w:b w:val="0"/>
          <w:color w:val="2446A6"/>
        </w:rPr>
        <w:t>[lieu]</w:t>
      </w:r>
      <w:r>
        <w:rPr>
          <w:b w:val="0"/>
        </w:rPr>
        <w:t xml:space="preserve">, qui résidera à mon domicile (ou à l'adresse </w:t>
      </w:r>
      <w:r>
        <w:rPr>
          <w:b w:val="0"/>
          <w:color w:val="2446A6"/>
        </w:rPr>
        <w:t>[adresse]</w:t>
      </w:r>
      <w:r>
        <w:rPr>
          <w:b w:val="0"/>
        </w:rPr>
        <w:t xml:space="preserve">) du </w:t>
      </w:r>
      <w:r>
        <w:rPr>
          <w:b w:val="0"/>
          <w:color w:val="2446A6"/>
        </w:rPr>
        <w:t>[date début]</w:t>
      </w:r>
      <w:r>
        <w:rPr>
          <w:b w:val="0"/>
        </w:rPr>
        <w:t xml:space="preserve"> au </w:t>
      </w:r>
      <w:r>
        <w:rPr>
          <w:b w:val="0"/>
          <w:color w:val="2446A6"/>
        </w:rPr>
        <w:t>[date fin]</w:t>
      </w:r>
      <w:r>
        <w:rPr>
          <w:b w:val="0"/>
        </w:rPr>
        <w:t>.</w:t>
      </w:r>
    </w:p>
    <w:p>
      <w:r>
        <w:rPr>
          <w:b w:val="0"/>
        </w:rPr>
        <w:t>Cet engagement couvre l'ensemble des frais de séjour : hébergement, nourriture, transport, assurance maladie et frais médicaux, ainsi que tout autre besoin quotidien. Le montant mensuel alloué ne sera pas inférieur à 615 euros, correspondant au minimum légal exigé pour l'accueil d'un étranger en France (arrêté du 22 décembre 2023).</w:t>
      </w:r>
    </w:p>
    <w:p>
      <w:r>
        <w:rPr>
          <w:b w:val="0"/>
        </w:rPr>
        <w:t xml:space="preserve">Mes ressources actuelles, d'un montant mensuel net de </w:t>
      </w:r>
      <w:r>
        <w:rPr>
          <w:b w:val="0"/>
          <w:color w:val="2446A6"/>
        </w:rPr>
        <w:t>[montant]</w:t>
      </w:r>
      <w:r>
        <w:rPr>
          <w:b w:val="0"/>
        </w:rPr>
        <w:t xml:space="preserve"> euros (bulletins de salaire de juin, juillet et août 2026 joints), me permettent d'assumer cet engagement sans difficulté. Mon avis d'imposition 2025 sur les revenus 2024 fait apparaître un revenu fiscal de référence de </w:t>
      </w:r>
      <w:r>
        <w:rPr>
          <w:b w:val="0"/>
          <w:color w:val="2446A6"/>
        </w:rPr>
        <w:t>[montant]</w:t>
      </w:r>
      <w:r>
        <w:rPr>
          <w:b w:val="0"/>
        </w:rPr>
        <w:t xml:space="preserve"> euros.</w:t>
      </w:r>
    </w:p>
    <w:p>
      <w:r>
        <w:rPr>
          <w:b w:val="0"/>
        </w:rPr>
        <w:t>Je certifie sur l'honneur l'exactitude des informations fournies et reconnais que toute fausse déclaration peut entraîner des poursuites pénales conformément à l'article 441-7 du code pénal.</w:t>
      </w:r>
    </w:p>
    <w:p>
      <w:r>
        <w:rPr>
          <w:b w:val="0"/>
        </w:rPr>
        <w:t>Je vous prie d'agréer, Madame, Monsieur, l'expression de mes salutations distinguées.</w:t>
      </w:r>
    </w:p>
    <w:p/>
    <w:p>
      <w:pPr>
        <w:jc w:val="right"/>
      </w:pPr>
      <w:r>
        <w:rPr>
          <w:b w:val="0"/>
          <w:color w:val="2446A6"/>
        </w:rPr>
        <w:t>[Prénom Nom]</w:t>
      </w:r>
    </w:p>
    <w:p/>
    <w:p>
      <w:r>
        <w:rPr>
          <w:b w:val="0"/>
        </w:rPr>
        <w:t>Pièces jointes : copie des trois derniers bulletins de salaire, avis d'imposition 2025, copie de la pièce d'identité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sur l'honneur de prise en charge financière</dc:title>
  <dc:subject/>
  <dc:creator/>
  <cp:keywords/>
  <dc:description/>
  <cp:lastModifiedBy/>
  <cp:revision>1</cp:revision>
  <dcterms:created xsi:type="dcterms:W3CDTF">2013-12-23T23:15:00Z</dcterms:created>
  <dcterms:modified xsi:type="dcterms:W3CDTF">2013-12-23T23:15:00Z</dcterms:modified>
  <cp:category/>
</cp:coreProperties>
</file>