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 complète]</w:t>
      </w:r>
    </w:p>
    <w:p>
      <w:pPr>
        <w:spacing w:after="0"/>
      </w:pPr>
      <w:r>
        <w:rPr>
          <w:b w:val="0"/>
          <w:color w:val="2446A6"/>
        </w:rPr>
        <w:t>[Téléphone]</w:t>
      </w:r>
    </w:p>
    <w:p/>
    <w:p>
      <w:pPr>
        <w:spacing w:after="0"/>
        <w:jc w:val="right"/>
      </w:pPr>
      <w:r>
        <w:rPr>
          <w:b w:val="0"/>
        </w:rPr>
        <w:t>Caisse primaire d'assurance maladie de Paris</w:t>
      </w:r>
    </w:p>
    <w:p>
      <w:pPr>
        <w:spacing w:after="0"/>
        <w:jc w:val="right"/>
      </w:pPr>
      <w:r>
        <w:rPr>
          <w:b w:val="0"/>
        </w:rPr>
        <w:t>21 rue Georges Auric, 75019 Paris</w:t>
      </w:r>
    </w:p>
    <w:p>
      <w:pPr>
        <w:spacing w:after="0"/>
        <w:jc w:val="right"/>
      </w:pPr>
      <w:r>
        <w:rPr>
          <w:b w:val="0"/>
        </w:rPr>
        <w:t>Service des relations avec les assurés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Attestation sur l'honneur de changement de situation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soussigné(e)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, né(e) le </w:t>
      </w:r>
      <w:r>
        <w:rPr>
          <w:b w:val="0"/>
          <w:color w:val="2446A6"/>
        </w:rPr>
        <w:t>[date de naissance]</w:t>
      </w:r>
      <w:r>
        <w:rPr>
          <w:b w:val="0"/>
        </w:rPr>
        <w:t xml:space="preserve"> à </w:t>
      </w:r>
      <w:r>
        <w:rPr>
          <w:b w:val="0"/>
          <w:color w:val="2446A6"/>
        </w:rPr>
        <w:t>[ville de naissance]</w:t>
      </w:r>
      <w:r>
        <w:rPr>
          <w:b w:val="0"/>
        </w:rPr>
        <w:t xml:space="preserve">, demeurant </w:t>
      </w:r>
      <w:r>
        <w:rPr>
          <w:b w:val="0"/>
          <w:color w:val="2446A6"/>
        </w:rPr>
        <w:t>[adresse complète]</w:t>
      </w:r>
      <w:r>
        <w:rPr>
          <w:b w:val="0"/>
        </w:rPr>
        <w:t xml:space="preserve">, atteste sur l'honneur être hébergé(e) à titre gratuit par </w:t>
      </w:r>
      <w:r>
        <w:rPr>
          <w:b w:val="0"/>
          <w:color w:val="2446A6"/>
        </w:rPr>
        <w:t>[Prénom Nom de l'hébergeant]</w:t>
      </w:r>
      <w:r>
        <w:rPr>
          <w:b w:val="0"/>
        </w:rPr>
        <w:t xml:space="preserve"> depuis le </w:t>
      </w:r>
      <w:r>
        <w:rPr>
          <w:b w:val="0"/>
          <w:color w:val="2446A6"/>
        </w:rPr>
        <w:t>[date d'entrée dans le logement]</w:t>
      </w:r>
      <w:r>
        <w:rPr>
          <w:b w:val="0"/>
        </w:rPr>
        <w:t>.</w:t>
      </w:r>
    </w:p>
    <w:p>
      <w:r>
        <w:rPr>
          <w:b w:val="0"/>
        </w:rPr>
        <w:t>Cette déclaration concerne mon dossier d'assurance maladie et vaut justificatif de domicile. Je certifie ne disposer d'aucun bail à mon nom ni d'aucune quittance de loyer pour ce logement.</w:t>
      </w:r>
    </w:p>
    <w:p>
      <w:r>
        <w:rPr>
          <w:b w:val="0"/>
        </w:rPr>
        <w:t>Je précise que je ne perçois aucune aide personnelle au logement pour ce domicile et que ma résidence principale est bien située à cette adresse.</w:t>
      </w:r>
    </w:p>
    <w:p>
      <w:r>
        <w:rPr>
          <w:b w:val="0"/>
        </w:rPr>
        <w:t>Je joins une copie de ma pièce d'identité ainsi qu'une attestation de l'hébergeant et un justificatif de domicile à son nom.</w:t>
      </w:r>
    </w:p>
    <w:p>
      <w:r>
        <w:rPr>
          <w:b w:val="0"/>
        </w:rPr>
        <w:t>Je m'engage à signaler toute modification de cette situation dans un délai de 30 jours, conformément à l'article R113-1 du Code de la sécurité sociale.</w:t>
      </w:r>
    </w:p>
    <w:p>
      <w:r>
        <w:rPr>
          <w:b w:val="0"/>
        </w:rPr>
        <w:t>Je suis informé(e) que toute fausse déclaration expose aux sanctions prévues à l'article 441-7 du Code pénal et aux pénalités financières de l'article L114-17 du Code de la sécurité sociale.</w:t>
      </w:r>
    </w:p>
    <w:p>
      <w:r>
        <w:rPr>
          <w:b w:val="0"/>
        </w:rPr>
        <w:t>Fait pour servir et valoir ce que de droit.</w:t>
      </w:r>
    </w:p>
    <w:p>
      <w:r>
        <w:rPr>
          <w:b w:val="0"/>
        </w:rPr>
        <w:t>Je vous prie d'agréer, Madame, Monsieur, l'expression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de la pièce d'identité et justificatif de domicile de l'hébergeant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sur l'honneur pour la sécurité sociale ou l'assurance maladie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