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44000 Nantes]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</w:rPr>
        <w:t>Madame la Directrice des ressources humaines</w:t>
      </w:r>
    </w:p>
    <w:p>
      <w:pPr>
        <w:spacing w:after="0"/>
        <w:jc w:val="right"/>
      </w:pPr>
      <w:r>
        <w:rPr>
          <w:b w:val="0"/>
        </w:rPr>
        <w:t xml:space="preserve">Société </w:t>
      </w: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  <w:color w:val="2446A6"/>
        </w:rPr>
        <w:t>[45 boulevard de la Liberté, 59800 Lille]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[Nantes]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attestation sur l'honneur relative à l'organisation du télétravail</w:t>
      </w:r>
    </w:p>
    <w:p/>
    <w:p>
      <w:r>
        <w:rPr>
          <w:b w:val="0"/>
        </w:rPr>
        <w:t>Madame,</w:t>
      </w:r>
    </w:p>
    <w:p>
      <w:r>
        <w:rPr>
          <w:b w:val="0"/>
        </w:rPr>
        <w:t xml:space="preserve">Je soussigné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demeurant </w:t>
      </w:r>
      <w:r>
        <w:rPr>
          <w:b w:val="0"/>
          <w:color w:val="2446A6"/>
        </w:rPr>
        <w:t>[12 rue des Lilas, 44000 Nantes]</w:t>
      </w:r>
      <w:r>
        <w:rPr>
          <w:b w:val="0"/>
        </w:rPr>
        <w:t xml:space="preserve">, salarié de la société </w:t>
      </w:r>
      <w:r>
        <w:rPr>
          <w:b w:val="0"/>
          <w:color w:val="2446A6"/>
        </w:rPr>
        <w:t>[Nom de l'entreprise]</w:t>
      </w:r>
      <w:r>
        <w:rPr>
          <w:b w:val="0"/>
        </w:rPr>
        <w:t xml:space="preserve"> depuis le </w:t>
      </w:r>
      <w:r>
        <w:rPr>
          <w:b w:val="0"/>
          <w:color w:val="2446A6"/>
        </w:rPr>
        <w:t>[1er mars 2021]</w:t>
      </w:r>
      <w:r>
        <w:rPr>
          <w:b w:val="0"/>
        </w:rPr>
        <w:t xml:space="preserve"> en qualité de </w:t>
      </w:r>
      <w:r>
        <w:rPr>
          <w:b w:val="0"/>
          <w:color w:val="2446A6"/>
        </w:rPr>
        <w:t>[chargé de clientèle]</w:t>
      </w:r>
      <w:r>
        <w:rPr>
          <w:b w:val="0"/>
        </w:rPr>
        <w:t>, atteste sur l'honneur télétravailler depuis mon domicile situé à la même adresse.</w:t>
      </w:r>
    </w:p>
    <w:p>
      <w:r>
        <w:rPr>
          <w:b w:val="0"/>
        </w:rPr>
        <w:t xml:space="preserve">Cette organisation représente </w:t>
      </w:r>
      <w:r>
        <w:rPr>
          <w:b w:val="0"/>
          <w:color w:val="2446A6"/>
        </w:rPr>
        <w:t>[deux jours par semaine]</w:t>
      </w:r>
      <w:r>
        <w:rPr>
          <w:b w:val="0"/>
        </w:rPr>
        <w:t xml:space="preserve">, soit </w:t>
      </w:r>
      <w:r>
        <w:rPr>
          <w:b w:val="0"/>
          <w:color w:val="2446A6"/>
        </w:rPr>
        <w:t>[les mardis et jeudis]</w:t>
      </w:r>
      <w:r>
        <w:rPr>
          <w:b w:val="0"/>
        </w:rPr>
        <w:t xml:space="preserve">, dans le cadre de l'accord collectif du </w:t>
      </w:r>
      <w:r>
        <w:rPr>
          <w:b w:val="0"/>
          <w:color w:val="2446A6"/>
        </w:rPr>
        <w:t>[14 janvier 2024]</w:t>
      </w:r>
      <w:r>
        <w:rPr>
          <w:b w:val="0"/>
        </w:rPr>
        <w:t xml:space="preserve"> et de l'avenant à mon contrat de travail signé le </w:t>
      </w:r>
      <w:r>
        <w:rPr>
          <w:b w:val="0"/>
          <w:color w:val="2446A6"/>
        </w:rPr>
        <w:t>[2 février 2024]</w:t>
      </w:r>
      <w:r>
        <w:rPr>
          <w:b w:val="0"/>
        </w:rPr>
        <w:t xml:space="preserve">. Le poste de travail mis à disposition par l'entreprise se compose d'un ordinateur portable et d'un écran, conformément à la fiche de dotation remise le </w:t>
      </w:r>
      <w:r>
        <w:rPr>
          <w:b w:val="0"/>
          <w:color w:val="2446A6"/>
        </w:rPr>
        <w:t>[5 février 2024]</w:t>
      </w:r>
      <w:r>
        <w:rPr>
          <w:b w:val="0"/>
        </w:rPr>
        <w:t>.</w:t>
      </w:r>
    </w:p>
    <w:p>
      <w:r>
        <w:rPr>
          <w:b w:val="0"/>
        </w:rPr>
        <w:t xml:space="preserve">Je m'engage à respecter les plages horaires de disponibilité fixées de </w:t>
      </w:r>
      <w:r>
        <w:rPr>
          <w:b w:val="0"/>
          <w:color w:val="2446A6"/>
        </w:rPr>
        <w:t>[9 heures à 12 heures et de 14 heures à 17 heures]</w:t>
      </w:r>
      <w:r>
        <w:rPr>
          <w:b w:val="0"/>
        </w:rPr>
        <w:t xml:space="preserve">, à répondre aux sollicitations par messagerie professionnelle dans un délai de </w:t>
      </w:r>
      <w:r>
        <w:rPr>
          <w:b w:val="0"/>
          <w:color w:val="2446A6"/>
        </w:rPr>
        <w:t>[deux heures]</w:t>
      </w:r>
      <w:r>
        <w:rPr>
          <w:b w:val="0"/>
        </w:rPr>
        <w:t xml:space="preserve"> et à signaler sans délai toute interruption de connexion supérieure à </w:t>
      </w:r>
      <w:r>
        <w:rPr>
          <w:b w:val="0"/>
          <w:color w:val="2446A6"/>
        </w:rPr>
        <w:t>[une demi-journée]</w:t>
      </w:r>
      <w:r>
        <w:rPr>
          <w:b w:val="0"/>
        </w:rPr>
        <w:t>.</w:t>
      </w:r>
    </w:p>
    <w:p>
      <w:r>
        <w:rPr>
          <w:b w:val="0"/>
        </w:rPr>
        <w:t xml:space="preserve">Cette attestation est établie pour permettre à l'employeur de justifier de l'organisation du télétravail auprès de l'inspection du travail et de la médecine du travail, notamment au titre des articles L. 1222-9 et suivants du code du travail. Je m'engage à informer l'entreprise de toute modification du lieu d'exercice ou du nombre de jours télétravaillés dans un délai de </w:t>
      </w:r>
      <w:r>
        <w:rPr>
          <w:b w:val="0"/>
          <w:color w:val="2446A6"/>
        </w:rPr>
        <w:t>[huit jours]</w:t>
      </w:r>
      <w:r>
        <w:rPr>
          <w:b w:val="0"/>
        </w:rPr>
        <w:t>.</w:t>
      </w:r>
    </w:p>
    <w:p>
      <w:r>
        <w:rPr>
          <w:b w:val="0"/>
        </w:rPr>
        <w:t>Je déclare sur l'honneur l'exactitude de ces informations et avoir pris connaissance des sanctions prévues à l'article 441-1 du code pénal en cas de fausse déclaration.</w:t>
      </w:r>
    </w:p>
    <w:p>
      <w:r>
        <w:rPr>
          <w:b w:val="0"/>
        </w:rPr>
        <w:t>Je vous prie d'agréer, Madame, l'expression de mes salutations respectueuses.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copie de l'avenant au contrat de travail du </w:t>
      </w:r>
      <w:r>
        <w:rPr>
          <w:b w:val="0"/>
          <w:color w:val="2446A6"/>
        </w:rPr>
        <w:t>[2 février 2024]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sur l'honneur de télétravail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