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 la Gare]</w:t>
      </w:r>
    </w:p>
    <w:p>
      <w:pPr>
        <w:spacing w:after="0"/>
      </w:pPr>
      <w:r>
        <w:rPr>
          <w:b w:val="0"/>
          <w:color w:val="2446A6"/>
        </w:rPr>
        <w:t>[59000 Lille]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À remettre à l'</w:t>
      </w:r>
      <w:r>
        <w:rPr>
          <w:b w:val="0"/>
          <w:color w:val="2446A6"/>
        </w:rPr>
        <w:t>[acheteur / vendeur]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Attestation sur l'honneur de </w:t>
      </w:r>
      <w:r>
        <w:rPr>
          <w:b/>
          <w:color w:val="2446A6"/>
        </w:rPr>
        <w:t>[vente / achat]</w:t>
      </w:r>
      <w:r>
        <w:rPr>
          <w:b/>
        </w:rPr>
        <w:t xml:space="preserve"> d'un véhicule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[01 janvier 1980]</w:t>
      </w:r>
      <w:r>
        <w:rPr>
          <w:b w:val="0"/>
        </w:rPr>
        <w:t xml:space="preserve"> à </w:t>
      </w:r>
      <w:r>
        <w:rPr>
          <w:b w:val="0"/>
          <w:color w:val="2446A6"/>
        </w:rPr>
        <w:t>[Lille]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[12 rue de la Gare, 59000 Lille]</w:t>
      </w:r>
      <w:r>
        <w:rPr>
          <w:b w:val="0"/>
        </w:rPr>
        <w:t xml:space="preserve">, déclare sur l'honneur avoir </w:t>
      </w:r>
      <w:r>
        <w:rPr>
          <w:b w:val="0"/>
          <w:color w:val="2446A6"/>
        </w:rPr>
        <w:t>[vendu à / acheté auprès de]</w:t>
      </w:r>
      <w:r>
        <w:rPr>
          <w:b w:val="0"/>
        </w:rPr>
        <w:t xml:space="preserve"> </w:t>
      </w:r>
      <w:r>
        <w:rPr>
          <w:b w:val="0"/>
          <w:color w:val="2446A6"/>
        </w:rPr>
        <w:t>[Prénom Nom de l'autre partie]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[15 mars 1985]</w:t>
      </w:r>
      <w:r>
        <w:rPr>
          <w:b w:val="0"/>
        </w:rPr>
        <w:t xml:space="preserve"> à </w:t>
      </w:r>
      <w:r>
        <w:rPr>
          <w:b w:val="0"/>
          <w:color w:val="2446A6"/>
        </w:rPr>
        <w:t>[Roubaix]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[45 avenue des Fleurs, 59100 Roubaix]</w:t>
      </w:r>
      <w:r>
        <w:rPr>
          <w:b w:val="0"/>
        </w:rPr>
        <w:t>, le véhicule suivant :</w:t>
      </w:r>
    </w:p>
    <w:p>
      <w:r>
        <w:rPr>
          <w:b w:val="0"/>
        </w:rPr>
        <w:t xml:space="preserve">Marque : </w:t>
      </w:r>
      <w:r>
        <w:rPr>
          <w:b w:val="0"/>
          <w:color w:val="2446A6"/>
        </w:rPr>
        <w:t>[Renault]</w:t>
      </w:r>
      <w:r>
        <w:rPr>
          <w:b w:val="0"/>
        </w:rPr>
        <w:t xml:space="preserve">, modèle : </w:t>
      </w:r>
      <w:r>
        <w:rPr>
          <w:b w:val="0"/>
          <w:color w:val="2446A6"/>
        </w:rPr>
        <w:t>[Clio IV]</w:t>
      </w:r>
      <w:r>
        <w:rPr>
          <w:b w:val="0"/>
        </w:rPr>
        <w:t xml:space="preserve">, numéro d'immatriculation : </w:t>
      </w:r>
      <w:r>
        <w:rPr>
          <w:b w:val="0"/>
          <w:color w:val="2446A6"/>
        </w:rPr>
        <w:t>[AA-123-BB]</w:t>
      </w:r>
      <w:r>
        <w:rPr>
          <w:b w:val="0"/>
        </w:rPr>
        <w:t xml:space="preserve">, numéro de série (VIN) : </w:t>
      </w:r>
      <w:r>
        <w:rPr>
          <w:b w:val="0"/>
          <w:color w:val="2446A6"/>
        </w:rPr>
        <w:t>[VF1RFA00A12345678]</w:t>
      </w:r>
      <w:r>
        <w:rPr>
          <w:b w:val="0"/>
        </w:rPr>
        <w:t xml:space="preserve">, date de la cession : </w:t>
      </w:r>
      <w:r>
        <w:rPr>
          <w:b w:val="0"/>
          <w:color w:val="2446A6"/>
        </w:rPr>
        <w:t>[24 septembre 2026]</w:t>
      </w:r>
      <w:r>
        <w:rPr>
          <w:b w:val="0"/>
        </w:rPr>
        <w:t xml:space="preserve">, prix de </w:t>
      </w:r>
      <w:r>
        <w:rPr>
          <w:b w:val="0"/>
          <w:color w:val="2446A6"/>
        </w:rPr>
        <w:t>[vente / achat]</w:t>
      </w:r>
      <w:r>
        <w:rPr>
          <w:b w:val="0"/>
        </w:rPr>
        <w:t xml:space="preserve"> : </w:t>
      </w:r>
      <w:r>
        <w:rPr>
          <w:b w:val="0"/>
          <w:color w:val="2446A6"/>
        </w:rPr>
        <w:t>[5 000]</w:t>
      </w:r>
      <w:r>
        <w:rPr>
          <w:b w:val="0"/>
        </w:rPr>
        <w:t xml:space="preserve"> euros.</w:t>
      </w:r>
    </w:p>
    <w:p>
      <w:r>
        <w:rPr>
          <w:b w:val="0"/>
        </w:rPr>
        <w:t xml:space="preserve">Je reconnais que le véhicule a été livré ce jour en l'état, sans réserve, et que le paiement intégral a été effectué par </w:t>
      </w:r>
      <w:r>
        <w:rPr>
          <w:b w:val="0"/>
          <w:color w:val="2446A6"/>
        </w:rPr>
        <w:t>[virement bancaire / chèque / espèces]</w:t>
      </w:r>
      <w:r>
        <w:rPr>
          <w:b w:val="0"/>
        </w:rPr>
        <w:t xml:space="preserve"> en date du </w:t>
      </w:r>
      <w:r>
        <w:rPr>
          <w:b w:val="0"/>
          <w:color w:val="2446A6"/>
        </w:rPr>
        <w:t>[24 septembre 2026]</w:t>
      </w:r>
      <w:r>
        <w:rPr>
          <w:b w:val="0"/>
        </w:rPr>
        <w:t>. Je confirme que le certificat d'immatriculation original a été remis à l'</w:t>
      </w:r>
      <w:r>
        <w:rPr>
          <w:b w:val="0"/>
          <w:color w:val="2446A6"/>
        </w:rPr>
        <w:t>[acheteur]</w:t>
      </w:r>
      <w:r>
        <w:rPr>
          <w:b w:val="0"/>
        </w:rPr>
        <w:t xml:space="preserve">, barré avec la mention « vendu le </w:t>
      </w:r>
      <w:r>
        <w:rPr>
          <w:b w:val="0"/>
          <w:color w:val="2446A6"/>
        </w:rPr>
        <w:t>[24/09/2026]</w:t>
      </w:r>
      <w:r>
        <w:rPr>
          <w:b w:val="0"/>
        </w:rPr>
        <w:t xml:space="preserve"> » et signé.</w:t>
      </w:r>
    </w:p>
    <w:p>
      <w:r>
        <w:rPr>
          <w:b w:val="0"/>
        </w:rPr>
        <w:t>Je suis informé(e) que la présente déclaration est destinée à permettre à l'</w:t>
      </w:r>
      <w:r>
        <w:rPr>
          <w:b w:val="0"/>
          <w:color w:val="2446A6"/>
        </w:rPr>
        <w:t>[acheteur]</w:t>
      </w:r>
      <w:r>
        <w:rPr>
          <w:b w:val="0"/>
        </w:rPr>
        <w:t xml:space="preserve"> de circuler pendant le délai d'obtention du nouveau certificat d'immatriculation et de justifier du transfert de propriété auprès des autorités compétentes. Je reconnais avoir pris connaissance des sanctions pénales prévues à l'article 441-1 du Code pénal en cas de fausse attestation.</w:t>
      </w:r>
    </w:p>
    <w:p>
      <w:r>
        <w:rPr>
          <w:b w:val="0"/>
        </w:rPr>
        <w:t>Fait pour servir et valoir ce que de droit.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pièce d'identité du signataire.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vente ou d'achat d'un véhicule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