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[Numéro de téléphone]</w:t>
      </w:r>
    </w:p>
    <w:p/>
    <w:p>
      <w:pPr>
        <w:spacing w:after="0"/>
        <w:jc w:val="right"/>
      </w:pPr>
      <w:r>
        <w:rPr>
          <w:b w:val="0"/>
        </w:rPr>
        <w:t>Caisse d’Allocations Familiales de Paris</w:t>
      </w:r>
    </w:p>
    <w:p>
      <w:pPr>
        <w:spacing w:after="0"/>
        <w:jc w:val="right"/>
      </w:pPr>
      <w:r>
        <w:rPr>
          <w:b w:val="0"/>
        </w:rPr>
        <w:t>Service Prestations Familiales</w:t>
      </w:r>
    </w:p>
    <w:p>
      <w:pPr>
        <w:spacing w:after="0"/>
        <w:jc w:val="right"/>
      </w:pPr>
      <w:r>
        <w:rPr>
          <w:b w:val="0"/>
        </w:rPr>
        <w:t>18 rue de Bercy</w:t>
      </w:r>
    </w:p>
    <w:p>
      <w:pPr>
        <w:spacing w:after="0"/>
        <w:jc w:val="right"/>
      </w:pPr>
      <w:r>
        <w:rPr>
          <w:b w:val="0"/>
        </w:rPr>
        <w:t>75012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Demande de congé parental d’éducation et de versement de la PreParE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volonté de prendre un congé parental d’éducation à compter du </w:t>
      </w:r>
      <w:r>
        <w:rPr>
          <w:b w:val="0"/>
          <w:color w:val="2446A6"/>
        </w:rPr>
        <w:t>[lendemain de la fin de mon congé maternité, soit le 15 novembre 2026]</w:t>
      </w:r>
      <w:r>
        <w:rPr>
          <w:b w:val="0"/>
        </w:rPr>
        <w:t xml:space="preserve">. Mon enfant </w:t>
      </w:r>
      <w:r>
        <w:rPr>
          <w:b w:val="0"/>
          <w:color w:val="2446A6"/>
        </w:rPr>
        <w:t>[Prénom NOM enfant]</w:t>
      </w:r>
      <w:r>
        <w:rPr>
          <w:b w:val="0"/>
        </w:rPr>
        <w:t xml:space="preserve">, né le </w:t>
      </w:r>
      <w:r>
        <w:rPr>
          <w:b w:val="0"/>
          <w:color w:val="2446A6"/>
        </w:rPr>
        <w:t>[28 septembre 2026]</w:t>
      </w:r>
      <w:r>
        <w:rPr>
          <w:b w:val="0"/>
        </w:rPr>
        <w:t>, ouvrira droit à la Prestation d’accueil du jeune enfant (PAJE).</w:t>
      </w:r>
    </w:p>
    <w:p>
      <w:r>
        <w:rPr>
          <w:b w:val="0"/>
        </w:rPr>
        <w:t>J’ai plus d’un an d’ancienneté chez mon employeur, condition exigée par l’article L1225-47 du Code du travail. Je joins le formulaire CERFA n°12324*03 dûment complété ainsi que l’attestation de mon employeur précisant la date de début du congé et mon choix de cessation totale d’activité.</w:t>
      </w:r>
    </w:p>
    <w:p>
      <w:r>
        <w:rPr>
          <w:b w:val="0"/>
        </w:rPr>
        <w:t>Je sollicite le versement de la Prestation partagée d’éducation de l’enfant (PreParE) à taux plein, soit 392,09 € mensuels. En vertu de l’article L531-1 du Code de la Sécurité sociale, cette prestation est versée pendant six mois maximum pour un premier enfant lorsqu’un seul parent réduit ou cesse son activité.</w:t>
      </w:r>
    </w:p>
    <w:p>
      <w:r>
        <w:rPr>
          <w:b w:val="0"/>
        </w:rPr>
        <w:t>Mon identifiant allocataire figure sur tous les documents. Je vous prie de bien vouloir me transmettre une attestation de congé parental dès validation de ma demande.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formulaire CERFA n°12324*03 complété ; attestation employeur ; photocopie du livret de famille.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congé parental à la CAF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