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[Numéro et rue]</w:t>
      </w:r>
    </w:p>
    <w:p>
      <w:pPr>
        <w:spacing w:after="0"/>
      </w:pPr>
      <w:r>
        <w:rPr>
          <w:b w:val="0"/>
          <w:color w:val="2446A6"/>
        </w:rPr>
        <w:t>[Code postal]</w:t>
      </w:r>
      <w:r>
        <w:rPr>
          <w:b w:val="0"/>
        </w:rPr>
        <w:t xml:space="preserve"> </w:t>
      </w:r>
      <w:r>
        <w:rPr>
          <w:b w:val="0"/>
          <w:color w:val="2446A6"/>
        </w:rPr>
        <w:t>[Ville]</w:t>
      </w:r>
    </w:p>
    <w:p>
      <w:pPr>
        <w:spacing w:after="0"/>
      </w:pPr>
      <w:r>
        <w:rPr>
          <w:b w:val="0"/>
        </w:rPr>
        <w:t xml:space="preserve">Tél. : </w:t>
      </w:r>
      <w:r>
        <w:rPr>
          <w:b w:val="0"/>
          <w:color w:val="2446A6"/>
        </w:rPr>
        <w:t>[numéro de téléphone]</w:t>
      </w:r>
    </w:p>
    <w:p>
      <w:pPr>
        <w:spacing w:after="0"/>
      </w:pPr>
      <w:r>
        <w:rPr>
          <w:b w:val="0"/>
        </w:rPr>
        <w:t xml:space="preserve">N° allocataire : </w:t>
      </w:r>
      <w:r>
        <w:rPr>
          <w:b w:val="0"/>
          <w:color w:val="2446A6"/>
        </w:rPr>
        <w:t>[numéro d'allocataire]</w:t>
      </w:r>
    </w:p>
    <w:p/>
    <w:p>
      <w:pPr>
        <w:spacing w:after="0"/>
        <w:jc w:val="right"/>
      </w:pPr>
      <w:r>
        <w:rPr>
          <w:b w:val="0"/>
        </w:rPr>
        <w:t>CAF DE LA SEINE-SAINT-DENIS</w:t>
      </w:r>
    </w:p>
    <w:p>
      <w:pPr>
        <w:spacing w:after="0"/>
        <w:jc w:val="right"/>
      </w:pPr>
      <w:r>
        <w:rPr>
          <w:b w:val="0"/>
        </w:rPr>
        <w:t>93024 BOBIGNY CEDEX</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 xml:space="preserve">Objet : Réponse au contrôle de situation – allocataire n° </w:t>
      </w:r>
      <w:r>
        <w:rPr>
          <w:b/>
          <w:color w:val="2446A6"/>
        </w:rPr>
        <w:t>[numéro d'allocataire]</w:t>
      </w:r>
    </w:p>
    <w:p/>
    <w:p>
      <w:r>
        <w:rPr>
          <w:b w:val="0"/>
        </w:rPr>
        <w:t>Madame, Monsieur,</w:t>
      </w:r>
    </w:p>
    <w:p>
      <w:r>
        <w:rPr>
          <w:b w:val="0"/>
        </w:rPr>
        <w:t xml:space="preserve">Par courrier du </w:t>
      </w:r>
      <w:r>
        <w:rPr>
          <w:b w:val="0"/>
          <w:color w:val="2446A6"/>
        </w:rPr>
        <w:t>[date du courrier de la CAF]</w:t>
      </w:r>
      <w:r>
        <w:rPr>
          <w:b w:val="0"/>
        </w:rPr>
        <w:t>, vous m'avez informé(e) de l'ouverture d'un contrôle de ma situation au regard des prestations versées. Je vous prie de trouver ci-joint les pièces justificatives demandées pour justifier ma situation actuelle.</w:t>
      </w:r>
    </w:p>
    <w:p>
      <w:r>
        <w:rPr>
          <w:b w:val="0"/>
        </w:rPr>
        <w:t xml:space="preserve">Je vous adresse mon avis d'imposition </w:t>
      </w:r>
      <w:r>
        <w:rPr>
          <w:b w:val="0"/>
          <w:color w:val="2446A6"/>
        </w:rPr>
        <w:t>[2025 sur les revenus 2024]</w:t>
      </w:r>
      <w:r>
        <w:rPr>
          <w:b w:val="0"/>
        </w:rPr>
        <w:t xml:space="preserve">, mes bulletins de salaire </w:t>
      </w:r>
      <w:r>
        <w:rPr>
          <w:b w:val="0"/>
          <w:color w:val="2446A6"/>
        </w:rPr>
        <w:t>[de janvier à août 2026]</w:t>
      </w:r>
      <w:r>
        <w:rPr>
          <w:b w:val="0"/>
        </w:rPr>
        <w:t xml:space="preserve">, mon justificatif de domicile (facture d'électricité du </w:t>
      </w:r>
      <w:r>
        <w:rPr>
          <w:b w:val="0"/>
          <w:color w:val="2446A6"/>
        </w:rPr>
        <w:t>[3 septembre 2026]</w:t>
      </w:r>
      <w:r>
        <w:rPr>
          <w:b w:val="0"/>
        </w:rPr>
        <w:t xml:space="preserve">) ainsi que la quittance de loyer de </w:t>
      </w:r>
      <w:r>
        <w:rPr>
          <w:b w:val="0"/>
          <w:color w:val="2446A6"/>
        </w:rPr>
        <w:t>[septembre 2026]</w:t>
      </w:r>
      <w:r>
        <w:rPr>
          <w:b w:val="0"/>
        </w:rPr>
        <w:t>. Ces documents attestent de la composition de mon foyer et de mes ressources pour la période contrôlée.</w:t>
      </w:r>
    </w:p>
    <w:p>
      <w:r>
        <w:rPr>
          <w:b w:val="0"/>
        </w:rPr>
        <w:t>Si une pièce complémentaire vous était nécessaire, je vous remercie de m'en faire part par courrier ou via mon espace « Mon compte ». Je reste disponible pour toute demande et m'engage à répondre dans les meilleurs délais.</w:t>
      </w:r>
    </w:p>
    <w:p>
      <w:r>
        <w:rPr>
          <w:b w:val="0"/>
        </w:rPr>
        <w:t>Je vous prie de bien vouloir me confirmer la bonne réception de ces documents et la poursuite de mes droits. En cas de désaccord avec la décision qui pourrait en résulter, je me réserve la possibilité de saisir la commission de recours amiable dans le délai de deux mois.</w:t>
      </w:r>
    </w:p>
    <w:p>
      <w:r>
        <w:rPr>
          <w:b w:val="0"/>
        </w:rPr>
        <w:t>Je vous prie d'agréer, Madame, Monsieur, l'expression de ma considération distinguée.</w:t>
      </w:r>
    </w:p>
    <w:p/>
    <w:p>
      <w:pPr>
        <w:jc w:val="right"/>
      </w:pPr>
      <w:r>
        <w:rPr>
          <w:b w:val="0"/>
          <w:color w:val="2446A6"/>
        </w:rPr>
        <w:t>[Prénom Nom]</w:t>
      </w:r>
    </w:p>
    <w:p/>
    <w:p>
      <w:r>
        <w:rPr>
          <w:b w:val="0"/>
        </w:rPr>
        <w:t>Pièces jointes : avis d'imposition 2025, bulletins de salaire de janvier à août 2026, justificatif de domicile, quittance de loyer de septembre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suite à un contrôle de situation CAF</dc:title>
  <dc:subject/>
  <dc:creator/>
  <cp:keywords/>
  <dc:description/>
  <cp:lastModifiedBy/>
  <cp:revision>1</cp:revision>
  <dcterms:created xsi:type="dcterms:W3CDTF">2013-12-23T23:15:00Z</dcterms:created>
  <dcterms:modified xsi:type="dcterms:W3CDTF">2013-12-23T23:15:00Z</dcterms:modified>
  <cp:category/>
</cp:coreProperties>
</file>