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rPr>
        <w:t>Anonyme</w:t>
      </w:r>
    </w:p>
    <w:p/>
    <w:p>
      <w:pPr>
        <w:spacing w:after="0"/>
        <w:jc w:val="right"/>
      </w:pPr>
      <w:r>
        <w:rPr>
          <w:b w:val="0"/>
        </w:rPr>
        <w:t>Caisse d'Allocations Familiales de Paris</w:t>
      </w:r>
    </w:p>
    <w:p>
      <w:pPr>
        <w:spacing w:after="0"/>
        <w:jc w:val="right"/>
      </w:pPr>
      <w:r>
        <w:rPr>
          <w:b w:val="0"/>
        </w:rPr>
        <w:t>18 rue de Bercy</w:t>
      </w:r>
    </w:p>
    <w:p>
      <w:pPr>
        <w:spacing w:after="0"/>
        <w:jc w:val="right"/>
      </w:pPr>
      <w:r>
        <w:rPr>
          <w:b w:val="0"/>
        </w:rPr>
        <w:t>75012 Paris</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Objet : Signalement d'une fraude aux prestations familiales</w:t>
      </w:r>
    </w:p>
    <w:p/>
    <w:p>
      <w:r>
        <w:rPr>
          <w:b w:val="0"/>
        </w:rPr>
        <w:t>Madame, Monsieur,</w:t>
      </w:r>
    </w:p>
    <w:p>
      <w:r>
        <w:rPr>
          <w:b w:val="0"/>
        </w:rPr>
        <w:t>Je vous signale une fraude aux allocations familiales dont j'ai eu connaissance. L'article L. 114-2 du Code de la sécurité sociale permet à tout citoyen d'informer la CAF de faits susceptibles de constituer une infraction.</w:t>
      </w:r>
    </w:p>
    <w:p>
      <w:r>
        <w:rPr>
          <w:b w:val="0"/>
        </w:rPr>
        <w:t xml:space="preserve">Les faits concernent </w:t>
      </w:r>
      <w:r>
        <w:rPr>
          <w:b w:val="0"/>
          <w:color w:val="2446A6"/>
        </w:rPr>
        <w:t>[Madame/Monsieur Prénom Nom]</w:t>
      </w:r>
      <w:r>
        <w:rPr>
          <w:b w:val="0"/>
        </w:rPr>
        <w:t xml:space="preserve">, demeurant au </w:t>
      </w:r>
      <w:r>
        <w:rPr>
          <w:b w:val="0"/>
          <w:color w:val="2446A6"/>
        </w:rPr>
        <w:t>[adresse complète, code postal, ville]</w:t>
      </w:r>
      <w:r>
        <w:rPr>
          <w:b w:val="0"/>
        </w:rPr>
        <w:t xml:space="preserve">. L'intéressé(e) perçoit depuis le </w:t>
      </w:r>
      <w:r>
        <w:rPr>
          <w:b w:val="0"/>
          <w:color w:val="2446A6"/>
        </w:rPr>
        <w:t>[date de début]</w:t>
      </w:r>
      <w:r>
        <w:rPr>
          <w:b w:val="0"/>
        </w:rPr>
        <w:t xml:space="preserve"> l'aide au logement (APL) et le revenu de solidarité active (RSA) en se déclarant seule(e) avec </w:t>
      </w:r>
      <w:r>
        <w:rPr>
          <w:b w:val="0"/>
          <w:color w:val="2446A6"/>
        </w:rPr>
        <w:t>[nombre]</w:t>
      </w:r>
      <w:r>
        <w:rPr>
          <w:b w:val="0"/>
        </w:rPr>
        <w:t xml:space="preserve"> enfant(s). Or, je l'ai constaté à plusieurs reprises, il/elle vit en concubinage avec </w:t>
      </w:r>
      <w:r>
        <w:rPr>
          <w:b w:val="0"/>
          <w:color w:val="2446A6"/>
        </w:rPr>
        <w:t>[nom du concubin]</w:t>
      </w:r>
      <w:r>
        <w:rPr>
          <w:b w:val="0"/>
        </w:rPr>
        <w:t xml:space="preserve"> au même domicile depuis au moins </w:t>
      </w:r>
      <w:r>
        <w:rPr>
          <w:b w:val="0"/>
          <w:color w:val="2446A6"/>
        </w:rPr>
        <w:t>[durée, ex. : un an]</w:t>
      </w:r>
      <w:r>
        <w:rPr>
          <w:b w:val="0"/>
        </w:rPr>
        <w:t>. Cette situation n'a jamais été déclarée à votre organisme.</w:t>
      </w:r>
    </w:p>
    <w:p>
      <w:r>
        <w:rPr>
          <w:b w:val="0"/>
        </w:rPr>
        <w:t xml:space="preserve">Je joins à ce courrier </w:t>
      </w:r>
      <w:r>
        <w:rPr>
          <w:b w:val="0"/>
          <w:color w:val="2446A6"/>
        </w:rPr>
        <w:t>[nombre]</w:t>
      </w:r>
      <w:r>
        <w:rPr>
          <w:b w:val="0"/>
        </w:rPr>
        <w:t xml:space="preserve"> photographies prises le </w:t>
      </w:r>
      <w:r>
        <w:rPr>
          <w:b w:val="0"/>
          <w:color w:val="2446A6"/>
        </w:rPr>
        <w:t>[date]</w:t>
      </w:r>
      <w:r>
        <w:rPr>
          <w:b w:val="0"/>
        </w:rPr>
        <w:t xml:space="preserve"> qui montrent le couple entrant ensemble dans l'immeuble. Ces éléments devraient vous permettre d'établir la vie maritale non déclarée. Je vous demande de diligenter une enquête et de procéder au recouvrement des sommes indûment versées.</w:t>
      </w:r>
    </w:p>
    <w:p>
      <w:r>
        <w:rPr>
          <w:b w:val="0"/>
        </w:rPr>
        <w:t>Je tiens à préciser que ce signalement est fait en toute bonne foi, dans le respect de l'article 226-10 du Code pénal qui réprime la dénonciation calomnieuse. Je souhaite conserver l'anonymat et vous remercie de ne pas divulguer mon identité, comme le secret professionnel vous y oblige.</w:t>
      </w:r>
    </w:p>
    <w:p>
      <w:r>
        <w:rPr>
          <w:b w:val="0"/>
        </w:rPr>
        <w:t>Veuillez agréer, Madame, Monsieur, l'expression de ma considération distinguée.</w:t>
      </w:r>
    </w:p>
    <w:p/>
    <w:p>
      <w:pPr>
        <w:jc w:val="right"/>
      </w:pPr>
      <w:r>
        <w:rPr>
          <w:b w:val="0"/>
        </w:rPr>
        <w:t>Anonyme</w:t>
      </w:r>
    </w:p>
    <w:p/>
    <w:p>
      <w:r>
        <w:rPr>
          <w:b w:val="0"/>
        </w:rPr>
        <w:t xml:space="preserve">Pièces jointes : </w:t>
      </w:r>
      <w:r>
        <w:rPr>
          <w:b w:val="0"/>
          <w:color w:val="2446A6"/>
        </w:rPr>
        <w:t>[nombre]</w:t>
      </w:r>
      <w:r>
        <w:rPr>
          <w:b w:val="0"/>
        </w:rPr>
        <w:t xml:space="preserve"> photographies</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dénonciation anonyme à la CAF</dc:title>
  <dc:subject/>
  <dc:creator/>
  <cp:keywords/>
  <dc:description/>
  <cp:lastModifiedBy/>
  <cp:revision>1</cp:revision>
  <dcterms:created xsi:type="dcterms:W3CDTF">2013-12-23T23:15:00Z</dcterms:created>
  <dcterms:modified xsi:type="dcterms:W3CDTF">2013-12-23T23:15:00Z</dcterms:modified>
  <cp:category/>
</cp:coreProperties>
</file>