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[Marie Dubois]</w:t>
      </w:r>
    </w:p>
    <w:p>
      <w:pPr>
        <w:spacing w:after="0"/>
      </w:pPr>
      <w:r>
        <w:rPr>
          <w:b w:val="0"/>
          <w:color w:val="2446A6"/>
        </w:rPr>
        <w:t>[12 rue des Lilas, 59000 Lille]</w:t>
      </w:r>
    </w:p>
    <w:p>
      <w:pPr>
        <w:spacing w:after="0"/>
      </w:pPr>
      <w:r>
        <w:rPr>
          <w:b w:val="0"/>
        </w:rPr>
        <w:t xml:space="preserve">Tél. : </w:t>
      </w:r>
      <w:r>
        <w:rPr>
          <w:b w:val="0"/>
          <w:color w:val="2446A6"/>
        </w:rPr>
        <w:t>[06 12 34 56 78]</w:t>
      </w:r>
    </w:p>
    <w:p/>
    <w:p>
      <w:pPr>
        <w:spacing w:after="0"/>
        <w:jc w:val="right"/>
      </w:pPr>
      <w:r>
        <w:rPr>
          <w:b w:val="0"/>
        </w:rPr>
        <w:t>Caisse d’allocations familiales du Nord</w:t>
      </w:r>
    </w:p>
    <w:p>
      <w:pPr>
        <w:spacing w:after="0"/>
        <w:jc w:val="right"/>
      </w:pPr>
      <w:r>
        <w:rPr>
          <w:b w:val="0"/>
        </w:rPr>
        <w:t>81 rue de la Tête d’Or</w:t>
      </w:r>
    </w:p>
    <w:p>
      <w:pPr>
        <w:spacing w:after="0"/>
        <w:jc w:val="right"/>
      </w:pPr>
      <w:r>
        <w:rPr>
          <w:b w:val="0"/>
        </w:rPr>
        <w:t>59000 Lille</w:t>
      </w:r>
    </w:p>
    <w:p/>
    <w:p>
      <w:pPr>
        <w:jc w:val="right"/>
      </w:pPr>
      <w:r>
        <w:rPr>
          <w:b w:val="0"/>
        </w:rPr>
        <w:t xml:space="preserve">À </w:t>
      </w:r>
      <w:r>
        <w:rPr>
          <w:b w:val="0"/>
          <w:color w:val="2446A6"/>
        </w:rPr>
        <w:t>[Lille]</w:t>
      </w:r>
      <w:r>
        <w:rPr>
          <w:b w:val="0"/>
        </w:rPr>
        <w:t xml:space="preserve">, le </w:t>
      </w:r>
      <w:r>
        <w:rPr>
          <w:b w:val="0"/>
          <w:color w:val="2446A6"/>
        </w:rPr>
        <w:t>[24 septembre 2026]</w:t>
      </w:r>
    </w:p>
    <w:p>
      <w:pPr>
        <w:spacing w:after="0"/>
      </w:pPr>
      <w:r>
        <w:rPr>
          <w:b/>
        </w:rPr>
        <w:t>Lettre recommandée avec accusé de réception</w:t>
      </w:r>
    </w:p>
    <w:p>
      <w:r>
        <w:rPr>
          <w:b/>
        </w:rPr>
        <w:t xml:space="preserve">Objet : Demande de titre exécutoire pour pension alimentaire – Accord amiable établi le </w:t>
      </w:r>
      <w:r>
        <w:rPr>
          <w:b/>
          <w:color w:val="2446A6"/>
        </w:rPr>
        <w:t>[15 septembre 2026]</w:t>
      </w:r>
    </w:p>
    <w:p/>
    <w:p>
      <w:r>
        <w:rPr>
          <w:b w:val="0"/>
        </w:rPr>
        <w:t>Madame, Monsieur,</w:t>
      </w:r>
    </w:p>
    <w:p>
      <w:r>
        <w:rPr>
          <w:b w:val="0"/>
        </w:rPr>
        <w:t xml:space="preserve">J’ai conclu avec M. </w:t>
      </w:r>
      <w:r>
        <w:rPr>
          <w:b w:val="0"/>
          <w:color w:val="2446A6"/>
        </w:rPr>
        <w:t>[Thomas Martin]</w:t>
      </w:r>
      <w:r>
        <w:rPr>
          <w:b w:val="0"/>
        </w:rPr>
        <w:t xml:space="preserve"> une convention amiable fixant le versement d’une pension alimentaire au bénéfice de notre enfant </w:t>
      </w:r>
      <w:r>
        <w:rPr>
          <w:b w:val="0"/>
          <w:color w:val="2446A6"/>
        </w:rPr>
        <w:t>[Lucas Martin]</w:t>
      </w:r>
      <w:r>
        <w:rPr>
          <w:b w:val="0"/>
        </w:rPr>
        <w:t xml:space="preserve">, né le </w:t>
      </w:r>
      <w:r>
        <w:rPr>
          <w:b w:val="0"/>
          <w:color w:val="2446A6"/>
        </w:rPr>
        <w:t>[10 janvier 2018]</w:t>
      </w:r>
      <w:r>
        <w:rPr>
          <w:b w:val="0"/>
        </w:rPr>
        <w:t xml:space="preserve"> et résidant habituellement à mon domicile. Nous n’avons jamais été mariés ni pacsés, et aucune décision de justice ne règle ce point.</w:t>
      </w:r>
    </w:p>
    <w:p>
      <w:r>
        <w:rPr>
          <w:b w:val="0"/>
        </w:rPr>
        <w:t xml:space="preserve">Le montant mensuel de </w:t>
      </w:r>
      <w:r>
        <w:rPr>
          <w:b w:val="0"/>
          <w:color w:val="2446A6"/>
        </w:rPr>
        <w:t>[150 €]</w:t>
      </w:r>
      <w:r>
        <w:rPr>
          <w:b w:val="0"/>
        </w:rPr>
        <w:t xml:space="preserve"> a été arrêté d’un commun accord le </w:t>
      </w:r>
      <w:r>
        <w:rPr>
          <w:b w:val="0"/>
          <w:color w:val="2446A6"/>
        </w:rPr>
        <w:t>[15 septembre 2026]</w:t>
      </w:r>
      <w:r>
        <w:rPr>
          <w:b w:val="0"/>
        </w:rPr>
        <w:t>, en cohérence avec le barème indicatif de la CAF que nous avons consulté via le simulateur en ligne. Cette somme sera versée le 5 de chaque mois par virement sur mon compte bancaire.</w:t>
      </w:r>
    </w:p>
    <w:p>
      <w:r>
        <w:rPr>
          <w:b w:val="0"/>
        </w:rPr>
        <w:t>Je sollicite donc la délivrance d’un titre exécutoire afin que cet accord acquière la même valeur qu’un jugement. Cette démarche me permettra également de percevoir l’allocation de soutien familial complémentaire, étant parent isolé.</w:t>
      </w:r>
    </w:p>
    <w:p>
      <w:r>
        <w:rPr>
          <w:b w:val="0"/>
        </w:rPr>
        <w:t>Vous trouverez ci-joint le formulaire Cerfa 11529*03 dûment rempli et signé par les deux parents, la convention datée et signée, ainsi que les pièces justificatives requises : carte d’identité, acte de naissance de l’enfant, livret de famille, avis d’imposition 2026, et un relevé d’identité bancaire.</w:t>
      </w:r>
    </w:p>
    <w:p>
      <w:r>
        <w:rPr>
          <w:b w:val="0"/>
        </w:rPr>
        <w:t>Je reste à votre disposition pour tout complément et vous prie d’instruire ce dossier dans les meilleurs délais.</w:t>
      </w:r>
    </w:p>
    <w:p>
      <w:r>
        <w:rPr>
          <w:b w:val="0"/>
        </w:rPr>
        <w:t>Dans l’attente de votre retour, je vous prie d’agréer, Madame, Monsieur, l’expression de ma considération distinguée.</w:t>
      </w:r>
    </w:p>
    <w:p/>
    <w:p>
      <w:pPr>
        <w:jc w:val="right"/>
      </w:pPr>
      <w:r>
        <w:rPr>
          <w:b w:val="0"/>
          <w:color w:val="2446A6"/>
        </w:rPr>
        <w:t>[Marie Dubois]</w:t>
      </w:r>
    </w:p>
    <w:p/>
    <w:p>
      <w:r>
        <w:rPr>
          <w:b w:val="0"/>
        </w:rPr>
        <w:t>Pièces jointes : formulaire Cerfa 11529*03 signé, convention amiable signée, copie carte d’identité, acte de naissance de l’enfant, livret de famille, avis d’imposition 2026, RIB.</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à la CAF pour un accord amiable de pension alimentaire</dc:title>
  <dc:subject/>
  <dc:creator/>
  <cp:keywords/>
  <dc:description/>
  <cp:lastModifiedBy/>
  <cp:revision>1</cp:revision>
  <dcterms:created xsi:type="dcterms:W3CDTF">2013-12-23T23:15:00Z</dcterms:created>
  <dcterms:modified xsi:type="dcterms:W3CDTF">2013-12-23T23:15:00Z</dcterms:modified>
  <cp:category/>
</cp:coreProperties>
</file>