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[Téléphone]</w:t>
      </w:r>
    </w:p>
    <w:p>
      <w:pPr>
        <w:spacing w:after="0"/>
      </w:pPr>
      <w:r>
        <w:rPr>
          <w:b w:val="0"/>
        </w:rPr>
        <w:t xml:space="preserve">Email : </w:t>
      </w:r>
      <w:r>
        <w:rPr>
          <w:b w:val="0"/>
          <w:color w:val="2446A6"/>
        </w:rPr>
        <w:t>[Email]</w:t>
      </w:r>
    </w:p>
    <w:p/>
    <w:p>
      <w:pPr>
        <w:spacing w:after="0"/>
        <w:jc w:val="right"/>
      </w:pPr>
      <w:r>
        <w:rPr>
          <w:b w:val="0"/>
        </w:rPr>
        <w:t>Caf de Loire-Atlantique</w:t>
      </w:r>
    </w:p>
    <w:p>
      <w:pPr>
        <w:spacing w:after="0"/>
        <w:jc w:val="right"/>
      </w:pPr>
      <w:r>
        <w:rPr>
          <w:b w:val="0"/>
        </w:rPr>
        <w:t>22 rue de Malville</w:t>
      </w:r>
    </w:p>
    <w:p>
      <w:pPr>
        <w:spacing w:after="0"/>
        <w:jc w:val="right"/>
      </w:pPr>
      <w:r>
        <w:rPr>
          <w:b w:val="0"/>
        </w:rPr>
        <w:t>44937 Nantes Cedex 9</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Demande de remise gracieuse de dette – Allocataire n° </w:t>
      </w:r>
      <w:r>
        <w:rPr>
          <w:b/>
          <w:color w:val="2446A6"/>
        </w:rPr>
        <w:t>[numéro allocataire]</w:t>
      </w:r>
    </w:p>
    <w:p/>
    <w:p>
      <w:r>
        <w:rPr>
          <w:b w:val="0"/>
        </w:rPr>
        <w:t>Madame, Monsieur,</w:t>
      </w:r>
    </w:p>
    <w:p>
      <w:r>
        <w:rPr>
          <w:b w:val="0"/>
        </w:rPr>
        <w:t xml:space="preserve">Par votre courrier du </w:t>
      </w:r>
      <w:r>
        <w:rPr>
          <w:b w:val="0"/>
          <w:color w:val="2446A6"/>
        </w:rPr>
        <w:t>[12 septembre 2026]</w:t>
      </w:r>
      <w:r>
        <w:rPr>
          <w:b w:val="0"/>
        </w:rPr>
        <w:t xml:space="preserve">, vous m'informez d'un indu de </w:t>
      </w:r>
      <w:r>
        <w:rPr>
          <w:b w:val="0"/>
          <w:color w:val="2446A6"/>
        </w:rPr>
        <w:t>[1 850 €]</w:t>
      </w:r>
      <w:r>
        <w:rPr>
          <w:b w:val="0"/>
        </w:rPr>
        <w:t xml:space="preserve"> sur l'allocation logement (réf. dossier </w:t>
      </w:r>
      <w:r>
        <w:rPr>
          <w:b w:val="0"/>
          <w:color w:val="2446A6"/>
        </w:rPr>
        <w:t>[1234567]</w:t>
      </w:r>
      <w:r>
        <w:rPr>
          <w:b w:val="0"/>
        </w:rPr>
        <w:t>). Je reconnais cette dette et sollicite la remise gracieuse totale de cette somme, ma situation financière actuelle ne me permettant pas d'y faire face.</w:t>
      </w:r>
    </w:p>
    <w:p>
      <w:r>
        <w:rPr>
          <w:b w:val="0"/>
        </w:rPr>
        <w:t xml:space="preserve">Je suis de bonne foi : les informations fournies lors de mes déclarations étaient exactes au regard de ma situation à l'époque, et j'ai signalé le changement dans les meilleurs délais. Depuis le </w:t>
      </w:r>
      <w:r>
        <w:rPr>
          <w:b w:val="0"/>
          <w:color w:val="2446A6"/>
        </w:rPr>
        <w:t>[3 mars 2026]</w:t>
      </w:r>
      <w:r>
        <w:rPr>
          <w:b w:val="0"/>
        </w:rPr>
        <w:t xml:space="preserve">, j'ai perdu mon emploi et ne perçois plus que le RSA d'un montant de </w:t>
      </w:r>
      <w:r>
        <w:rPr>
          <w:b w:val="0"/>
          <w:color w:val="2446A6"/>
        </w:rPr>
        <w:t>[565 €]</w:t>
      </w:r>
      <w:r>
        <w:rPr>
          <w:b w:val="0"/>
        </w:rPr>
        <w:t xml:space="preserve">. Mon quotient familial CAF est de </w:t>
      </w:r>
      <w:r>
        <w:rPr>
          <w:b w:val="0"/>
          <w:color w:val="2446A6"/>
        </w:rPr>
        <w:t>[348 €]</w:t>
      </w:r>
      <w:r>
        <w:rPr>
          <w:b w:val="0"/>
        </w:rPr>
        <w:t xml:space="preserve">. Mes charges fixes mensuelles s'élèvent à </w:t>
      </w:r>
      <w:r>
        <w:rPr>
          <w:b w:val="0"/>
          <w:color w:val="2446A6"/>
        </w:rPr>
        <w:t>[780 €]</w:t>
      </w:r>
      <w:r>
        <w:rPr>
          <w:b w:val="0"/>
        </w:rPr>
        <w:t xml:space="preserve"> : loyer de </w:t>
      </w:r>
      <w:r>
        <w:rPr>
          <w:b w:val="0"/>
          <w:color w:val="2446A6"/>
        </w:rPr>
        <w:t>[650 €]</w:t>
      </w:r>
      <w:r>
        <w:rPr>
          <w:b w:val="0"/>
        </w:rPr>
        <w:t xml:space="preserve">, énergie </w:t>
      </w:r>
      <w:r>
        <w:rPr>
          <w:b w:val="0"/>
          <w:color w:val="2446A6"/>
        </w:rPr>
        <w:t>[80 €]</w:t>
      </w:r>
      <w:r>
        <w:rPr>
          <w:b w:val="0"/>
        </w:rPr>
        <w:t xml:space="preserve">, assurance habitation </w:t>
      </w:r>
      <w:r>
        <w:rPr>
          <w:b w:val="0"/>
          <w:color w:val="2446A6"/>
        </w:rPr>
        <w:t>[30 €]</w:t>
      </w:r>
      <w:r>
        <w:rPr>
          <w:b w:val="0"/>
        </w:rPr>
        <w:t xml:space="preserve">, mutuelle </w:t>
      </w:r>
      <w:r>
        <w:rPr>
          <w:b w:val="0"/>
          <w:color w:val="2446A6"/>
        </w:rPr>
        <w:t>[20 €]</w:t>
      </w:r>
      <w:r>
        <w:rPr>
          <w:b w:val="0"/>
        </w:rPr>
        <w:t>.</w:t>
      </w:r>
    </w:p>
    <w:p>
      <w:r>
        <w:rPr>
          <w:b w:val="0"/>
        </w:rPr>
        <w:t>Conformément aux règles de la CAF, cette demande de remise gracieuse vaut reconnaissance définitive de la dette. Je suis conscient que je ne pourrai plus la contester par la suite. Toutefois, ma situation précaire justifie pleinement cette démarche.</w:t>
      </w:r>
    </w:p>
    <w:p>
      <w:r>
        <w:rPr>
          <w:b w:val="0"/>
        </w:rPr>
        <w:t>Je joins à ce courrier l'ensemble des pièces attestant de ma situation : avis d'imposition 2025 sur les revenus 2024, attestation de quotient familial, facture de loyer de septembre 2026, facture d'énergie, relevé de compte bancaire montrant mon solde actuel.</w:t>
      </w:r>
    </w:p>
    <w:p>
      <w:r>
        <w:rPr>
          <w:b w:val="0"/>
        </w:rPr>
        <w:t>Je vous remercie par avance pour l'examen bienveillant de ma demande et reste à votre disposition pour tout complément d'information.</w:t>
      </w:r>
    </w:p>
    <w:p>
      <w:r>
        <w:rPr>
          <w:b w:val="0"/>
        </w:rPr>
        <w:t>Je vous prie d'agréer, Madame, Monsieur, l'expression de ma considération distinguée.</w:t>
      </w:r>
    </w:p>
    <w:p/>
    <w:p>
      <w:pPr>
        <w:jc w:val="right"/>
      </w:pPr>
      <w:r>
        <w:rPr>
          <w:b w:val="0"/>
          <w:color w:val="2446A6"/>
        </w:rPr>
        <w:t>[Prénom Nom]</w:t>
      </w:r>
    </w:p>
    <w:p/>
    <w:p>
      <w:r>
        <w:rPr>
          <w:b w:val="0"/>
        </w:rPr>
        <w:t>Pièces jointes : avis d'imposition 2025 sur les revenus 2024, attestation de quotient familial CAF, facture de loyer de septembre 2026, facture d'énergie, relevé bancaire.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remise gracieuse ou de remise de dette à la CAF</dc:title>
  <dc:subject/>
  <dc:creator/>
  <cp:keywords/>
  <dc:description/>
  <cp:lastModifiedBy/>
  <cp:revision>1</cp:revision>
  <dcterms:created xsi:type="dcterms:W3CDTF">2013-12-23T23:15:00Z</dcterms:created>
  <dcterms:modified xsi:type="dcterms:W3CDTF">2013-12-23T23:15:00Z</dcterms:modified>
  <cp:category/>
</cp:coreProperties>
</file>