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Cher Père Noël,</w:t>
      </w:r>
    </w:p>
    <w:p>
      <w:r>
        <w:rPr>
          <w:b w:val="0"/>
        </w:rPr>
        <w:t xml:space="preserve">Je m'appelle </w:t>
      </w:r>
      <w:r>
        <w:rPr>
          <w:b w:val="0"/>
          <w:color w:val="2446A6"/>
        </w:rPr>
        <w:t>[Lina]</w:t>
      </w:r>
      <w:r>
        <w:rPr>
          <w:b w:val="0"/>
        </w:rPr>
        <w:t xml:space="preserve"> et j'ai </w:t>
      </w:r>
      <w:r>
        <w:rPr>
          <w:b w:val="0"/>
          <w:color w:val="2446A6"/>
        </w:rPr>
        <w:t>[7 ans]</w:t>
      </w:r>
      <w:r>
        <w:rPr>
          <w:b w:val="0"/>
        </w:rPr>
        <w:t xml:space="preserve">. Je suis en CE1 à l'école </w:t>
      </w:r>
      <w:r>
        <w:rPr>
          <w:b w:val="0"/>
          <w:color w:val="2446A6"/>
        </w:rPr>
        <w:t>[des Marronniers]</w:t>
      </w:r>
      <w:r>
        <w:rPr>
          <w:b w:val="0"/>
        </w:rPr>
        <w:t xml:space="preserve">, dans la classe de </w:t>
      </w:r>
      <w:r>
        <w:rPr>
          <w:b w:val="0"/>
          <w:color w:val="2446A6"/>
        </w:rPr>
        <w:t>[maître Olivier]</w:t>
      </w:r>
      <w:r>
        <w:rPr>
          <w:b w:val="0"/>
        </w:rPr>
        <w:t>. Cette année, j'ai appris à lire des petits romans et j'ai rangé ma chambre tous les dimanches soir sans qu'on me le demande.</w:t>
      </w:r>
    </w:p>
    <w:p>
      <w:r>
        <w:rPr>
          <w:b w:val="0"/>
        </w:rPr>
        <w:t xml:space="preserve">L'an dernier, tu m'as apporté la boîte de </w:t>
      </w:r>
      <w:r>
        <w:rPr>
          <w:b w:val="0"/>
          <w:color w:val="2446A6"/>
        </w:rPr>
        <w:t>[48 feutres pailletés]</w:t>
      </w:r>
      <w:r>
        <w:rPr>
          <w:b w:val="0"/>
        </w:rPr>
        <w:t xml:space="preserve"> que j'avais demandée. Je l'ai encore sur mon bureau : je m'en sers pour dessiner des rennes avec des écharpes rouges.</w:t>
      </w:r>
    </w:p>
    <w:p>
      <w:r>
        <w:rPr>
          <w:b w:val="0"/>
        </w:rPr>
        <w:t xml:space="preserve">Pour ce Noël, je ne demande qu'une chose : </w:t>
      </w:r>
      <w:r>
        <w:rPr>
          <w:b w:val="0"/>
          <w:color w:val="2446A6"/>
        </w:rPr>
        <w:t>[un carnet à spirales avec une couverture bleue et des étoiles dorées]</w:t>
      </w:r>
      <w:r>
        <w:rPr>
          <w:b w:val="0"/>
        </w:rPr>
        <w:t xml:space="preserve">, parce que j'aimerais écrire mes histoires de lutins. Si ton atelier n'en a plus, </w:t>
      </w:r>
      <w:r>
        <w:rPr>
          <w:b w:val="0"/>
          <w:color w:val="2446A6"/>
        </w:rPr>
        <w:t>[une lampe de poche en forme de lune]</w:t>
      </w:r>
      <w:r>
        <w:rPr>
          <w:b w:val="0"/>
        </w:rPr>
        <w:t xml:space="preserve"> me ferait très plaisir.</w:t>
      </w:r>
    </w:p>
    <w:p>
      <w:r>
        <w:rPr>
          <w:b w:val="0"/>
        </w:rPr>
        <w:t>J'ai laissé une carotte et un morceau de sucre sur la table de la cuisine pour tes rennes. Merci pour tout ce que tu fais, même quand on ne te voit pas.</w:t>
      </w:r>
    </w:p>
    <w:p>
      <w:r>
        <w:rPr>
          <w:b w:val="0"/>
        </w:rPr>
        <w:t>Je t'embrasse fort,</w:t>
      </w:r>
    </w:p>
    <w:p/>
    <w:p>
      <w:pPr>
        <w:jc w:val="right"/>
      </w:pPr>
      <w:r>
        <w:rPr>
          <w:b w:val="0"/>
          <w:color w:val="2446A6"/>
        </w:rPr>
        <w:t>[Lina]</w:t>
      </w:r>
    </w:p>
    <w:p/>
    <w:p>
      <w:r>
        <w:rPr>
          <w:b w:val="0"/>
        </w:rPr>
        <w:t>Pièce jointe : un dessin de renne avec une écharpe rouge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Comment écrire une lettre au père Noël</dc:title>
  <dc:subject/>
  <dc:creator/>
  <cp:keywords/>
  <dc:description/>
  <cp:lastModifiedBy/>
  <cp:revision>1</cp:revision>
  <dcterms:created xsi:type="dcterms:W3CDTF">2013-12-23T23:15:00Z</dcterms:created>
  <dcterms:modified xsi:type="dcterms:W3CDTF">2013-12-23T23:15:00Z</dcterms:modified>
  <cp:category/>
</cp:coreProperties>
</file>