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postale]</w:t>
      </w:r>
    </w:p>
    <w:p>
      <w:pPr>
        <w:spacing w:after="0"/>
      </w:pPr>
      <w:r>
        <w:rPr>
          <w:b w:val="0"/>
          <w:color w:val="2446A6"/>
        </w:rPr>
        <w:t>[Téléphone]</w:t>
      </w:r>
      <w:r>
        <w:rPr>
          <w:b w:val="0"/>
        </w:rPr>
        <w:t xml:space="preserve"> · </w:t>
      </w:r>
      <w:r>
        <w:rPr>
          <w:b w:val="0"/>
          <w:color w:val="2446A6"/>
        </w:rPr>
        <w:t>[Adresse e-mail]</w:t>
      </w:r>
    </w:p>
    <w:p/>
    <w:p>
      <w:pPr>
        <w:spacing w:after="0"/>
        <w:jc w:val="right"/>
      </w:pPr>
      <w:r>
        <w:rPr>
          <w:b w:val="0"/>
          <w:color w:val="2446A6"/>
        </w:rPr>
        <w:t>[Nom du recruteur]</w:t>
      </w:r>
    </w:p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  <w:color w:val="2446A6"/>
        </w:rPr>
        <w:t>[Adresse de l'entreprise]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au poste de </w:t>
      </w:r>
      <w:r>
        <w:rPr>
          <w:b/>
          <w:color w:val="2446A6"/>
        </w:rPr>
        <w:t>[intitulé du poste]</w:t>
      </w:r>
      <w:r>
        <w:rPr>
          <w:b/>
        </w:rPr>
        <w:t xml:space="preserve"> – </w:t>
      </w:r>
      <w:r>
        <w:rPr>
          <w:b/>
          <w:color w:val="2446A6"/>
        </w:rPr>
        <w:t>[référence de l’offre]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Votre annonce pour le poste de </w:t>
      </w:r>
      <w:r>
        <w:rPr>
          <w:b w:val="0"/>
          <w:color w:val="2446A6"/>
        </w:rPr>
        <w:t>[intitulé du poste]</w:t>
      </w:r>
      <w:r>
        <w:rPr>
          <w:b w:val="0"/>
        </w:rPr>
        <w:t xml:space="preserve"> demande une personne capable de </w:t>
      </w:r>
      <w:r>
        <w:rPr>
          <w:b w:val="0"/>
          <w:color w:val="2446A6"/>
        </w:rPr>
        <w:t>[compétence clé de l’offre]</w:t>
      </w:r>
      <w:r>
        <w:rPr>
          <w:b w:val="0"/>
        </w:rPr>
        <w:t xml:space="preserve">. En </w:t>
      </w:r>
      <w:r>
        <w:rPr>
          <w:b w:val="0"/>
          <w:color w:val="2446A6"/>
        </w:rPr>
        <w:t>[deux ans]</w:t>
      </w:r>
      <w:r>
        <w:rPr>
          <w:b w:val="0"/>
        </w:rPr>
        <w:t xml:space="preserve"> chez </w:t>
      </w:r>
      <w:r>
        <w:rPr>
          <w:b w:val="0"/>
          <w:color w:val="2446A6"/>
        </w:rPr>
        <w:t>[enseigne précédente]</w:t>
      </w:r>
      <w:r>
        <w:rPr>
          <w:b w:val="0"/>
        </w:rPr>
        <w:t xml:space="preserve">, j’ai </w:t>
      </w:r>
      <w:r>
        <w:rPr>
          <w:b w:val="0"/>
          <w:color w:val="2446A6"/>
        </w:rPr>
        <w:t>[réalisé +15 % de chiffre d’affaires]</w:t>
      </w:r>
      <w:r>
        <w:rPr>
          <w:b w:val="0"/>
        </w:rPr>
        <w:t xml:space="preserve"> en </w:t>
      </w:r>
      <w:r>
        <w:rPr>
          <w:b w:val="0"/>
          <w:color w:val="2446A6"/>
        </w:rPr>
        <w:t>[mettant en place un argumentaire de vente en trois temps]</w:t>
      </w:r>
      <w:r>
        <w:rPr>
          <w:b w:val="0"/>
        </w:rPr>
        <w:t>.</w:t>
      </w:r>
    </w:p>
    <w:p>
      <w:r>
        <w:rPr>
          <w:b w:val="0"/>
        </w:rPr>
        <w:t xml:space="preserve">J’ai également </w:t>
      </w:r>
      <w:r>
        <w:rPr>
          <w:b w:val="0"/>
          <w:color w:val="2446A6"/>
        </w:rPr>
        <w:t>[formé deux nouveaux collaborateurs]</w:t>
      </w:r>
      <w:r>
        <w:rPr>
          <w:b w:val="0"/>
        </w:rPr>
        <w:t xml:space="preserve"> et </w:t>
      </w:r>
      <w:r>
        <w:rPr>
          <w:b w:val="0"/>
          <w:color w:val="2446A6"/>
        </w:rPr>
        <w:t>[réduit le taux d’erreur de commande de 8 % à 2 %]</w:t>
      </w:r>
      <w:r>
        <w:rPr>
          <w:b w:val="0"/>
        </w:rPr>
        <w:t xml:space="preserve"> en </w:t>
      </w:r>
      <w:r>
        <w:rPr>
          <w:b w:val="0"/>
          <w:color w:val="2446A6"/>
        </w:rPr>
        <w:t>[créant une check-list de contrôle]</w:t>
      </w:r>
      <w:r>
        <w:rPr>
          <w:b w:val="0"/>
        </w:rPr>
        <w:t xml:space="preserve">. Ce résultat correspond à votre exigence de </w:t>
      </w:r>
      <w:r>
        <w:rPr>
          <w:b w:val="0"/>
          <w:color w:val="2446A6"/>
        </w:rPr>
        <w:t>[rigueur administrative]</w:t>
      </w:r>
      <w:r>
        <w:rPr>
          <w:b w:val="0"/>
        </w:rPr>
        <w:t>.</w:t>
      </w:r>
    </w:p>
    <w:p>
      <w:r>
        <w:rPr>
          <w:b w:val="0"/>
        </w:rPr>
        <w:t xml:space="preserve">Rejoindre </w:t>
      </w:r>
      <w:r>
        <w:rPr>
          <w:b w:val="0"/>
          <w:color w:val="2446A6"/>
        </w:rPr>
        <w:t>[nom de l’entreprise]</w:t>
      </w:r>
      <w:r>
        <w:rPr>
          <w:b w:val="0"/>
        </w:rPr>
        <w:t xml:space="preserve"> me permettrait d’utiliser </w:t>
      </w:r>
      <w:r>
        <w:rPr>
          <w:b w:val="0"/>
          <w:color w:val="2446A6"/>
        </w:rPr>
        <w:t>[ma connaissance du secteur de la distribution spécialisée]</w:t>
      </w:r>
      <w:r>
        <w:rPr>
          <w:b w:val="0"/>
        </w:rPr>
        <w:t xml:space="preserve"> sur un périmètre plus large : </w:t>
      </w:r>
      <w:r>
        <w:rPr>
          <w:b w:val="0"/>
          <w:color w:val="2446A6"/>
        </w:rPr>
        <w:t>[trois points de vente et un site e-commerce]</w:t>
      </w:r>
      <w:r>
        <w:rPr>
          <w:b w:val="0"/>
        </w:rPr>
        <w:t>.</w:t>
      </w:r>
    </w:p>
    <w:p>
      <w:r>
        <w:rPr>
          <w:b w:val="0"/>
        </w:rPr>
        <w:t xml:space="preserve">Je suis disponible pour un entretien à partir du </w:t>
      </w:r>
      <w:r>
        <w:rPr>
          <w:b w:val="0"/>
          <w:color w:val="2446A6"/>
        </w:rPr>
        <w:t>[date]</w:t>
      </w:r>
      <w:r>
        <w:rPr>
          <w:b w:val="0"/>
        </w:rPr>
        <w:t xml:space="preserve"> et je peux me rendre dans vos locaux de </w:t>
      </w:r>
      <w:r>
        <w:rPr>
          <w:b w:val="0"/>
          <w:color w:val="2446A6"/>
        </w:rPr>
        <w:t>[ville]</w:t>
      </w:r>
      <w:r>
        <w:rPr>
          <w:b w:val="0"/>
        </w:rPr>
        <w:t xml:space="preserve"> sous </w:t>
      </w:r>
      <w:r>
        <w:rPr>
          <w:b w:val="0"/>
          <w:color w:val="2446A6"/>
        </w:rPr>
        <w:t>[48 heures]</w:t>
      </w:r>
      <w:r>
        <w:rPr>
          <w:b w:val="0"/>
        </w:rPr>
        <w:t>. Vous trouverez mon CV en pièce jointe.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 faire une lettre de motivation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