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[Votre Prénom NOM]</w:t>
      </w:r>
    </w:p>
    <w:p>
      <w:pPr>
        <w:spacing w:after="0"/>
      </w:pPr>
      <w:r>
        <w:rPr>
          <w:b w:val="0"/>
          <w:color w:val="2446A6"/>
        </w:rPr>
        <w:t>[Votre 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[06 XX XX XX XX]</w:t>
      </w:r>
    </w:p>
    <w:p/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</w:rPr>
        <w:t>Service Ressources Humaines</w:t>
      </w:r>
    </w:p>
    <w:p>
      <w:pPr>
        <w:spacing w:after="0"/>
        <w:jc w:val="right"/>
      </w:pPr>
      <w:r>
        <w:rPr>
          <w:b w:val="0"/>
          <w:color w:val="2446A6"/>
        </w:rPr>
        <w:t>[Adresse de l’entreprise]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Démisssion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démissionner de mon poste de </w:t>
      </w:r>
      <w:r>
        <w:rPr>
          <w:b w:val="0"/>
          <w:color w:val="2446A6"/>
        </w:rPr>
        <w:t>[vendeuse en boutique]</w:t>
      </w:r>
      <w:r>
        <w:rPr>
          <w:b w:val="0"/>
        </w:rPr>
        <w:t xml:space="preserve">, que j’occupe depuis le </w:t>
      </w:r>
      <w:r>
        <w:rPr>
          <w:b w:val="0"/>
          <w:color w:val="2446A6"/>
        </w:rPr>
        <w:t>[date d’embauche]</w:t>
      </w:r>
      <w:r>
        <w:rPr>
          <w:b w:val="0"/>
        </w:rPr>
        <w:t xml:space="preserve">. Conformément à la convention collective nationale du commerce de détail, je respecterai un préavis de </w:t>
      </w:r>
      <w:r>
        <w:rPr>
          <w:b w:val="0"/>
          <w:color w:val="2446A6"/>
        </w:rPr>
        <w:t>[deux mois]</w:t>
      </w:r>
      <w:r>
        <w:rPr>
          <w:b w:val="0"/>
        </w:rPr>
        <w:t xml:space="preserve"> à compter de la première présentation de cette lettre.</w:t>
      </w:r>
    </w:p>
    <w:p>
      <w:r>
        <w:rPr>
          <w:b w:val="0"/>
        </w:rPr>
        <w:t xml:space="preserve">Je souhaite que mon contrat prenne fin le </w:t>
      </w:r>
      <w:r>
        <w:rPr>
          <w:b w:val="0"/>
          <w:color w:val="2446A6"/>
        </w:rPr>
        <w:t>[date de fin de préavis]</w:t>
      </w:r>
      <w:r>
        <w:rPr>
          <w:b w:val="0"/>
        </w:rPr>
        <w:t>, au terme de ce délai. Si vus accepptez de me dispenser de tout ou partie du préavis, je vous en remercie par avance.</w:t>
      </w:r>
    </w:p>
    <w:p>
      <w:r>
        <w:rPr>
          <w:b w:val="0"/>
        </w:rPr>
        <w:t>Je reste à votre disposition pour organiser mon départ et transmettre mes dossiers à mon successeur.</w:t>
      </w:r>
    </w:p>
    <w:p>
      <w:r>
        <w:rPr>
          <w:b w:val="0"/>
        </w:rPr>
        <w:t>Je vous prie d’agréer, Madam, Monsieure, l’expresion de mes salutations distenguées.</w:t>
      </w:r>
    </w:p>
    <w:p>
      <w:r>
        <w:rPr>
          <w:b w:val="0"/>
        </w:rPr>
        <w:t>Je vous prie d’agréer, Madam, Monsieure, l’expresion de mes salutations distenguées.</w:t>
      </w:r>
    </w:p>
    <w:p/>
    <w:p>
      <w:pPr>
        <w:jc w:val="right"/>
      </w:pPr>
      <w:r>
        <w:rPr>
          <w:b w:val="0"/>
          <w:color w:val="2446A6"/>
        </w:rPr>
        <w:t>[Prenom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rédiger une lettre de démission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