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pour un contrat d'alternance en </w:t>
      </w:r>
      <w:r>
        <w:rPr>
          <w:b/>
          <w:color w:val="2446A6"/>
        </w:rPr>
        <w:t>[intitulé du poste]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entreprise,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, spécialisée dans </w:t>
      </w:r>
      <w:r>
        <w:rPr>
          <w:b w:val="0"/>
          <w:color w:val="2446A6"/>
        </w:rPr>
        <w:t>[secteur d'activité]</w:t>
      </w:r>
      <w:r>
        <w:rPr>
          <w:b w:val="0"/>
        </w:rPr>
        <w:t xml:space="preserve">, a retenu mon attention pour </w:t>
      </w:r>
      <w:r>
        <w:rPr>
          <w:b w:val="0"/>
          <w:color w:val="2446A6"/>
        </w:rPr>
        <w:t>[raison précise : une innovation récente, une implantation locale, une valeur affichée]</w:t>
      </w:r>
      <w:r>
        <w:rPr>
          <w:b w:val="0"/>
        </w:rPr>
        <w:t xml:space="preserve">. En première année de </w:t>
      </w:r>
      <w:r>
        <w:rPr>
          <w:b w:val="0"/>
          <w:color w:val="2446A6"/>
        </w:rPr>
        <w:t>[formation]</w:t>
      </w:r>
      <w:r>
        <w:rPr>
          <w:b w:val="0"/>
        </w:rPr>
        <w:t xml:space="preserve"> à </w:t>
      </w:r>
      <w:r>
        <w:rPr>
          <w:b w:val="0"/>
          <w:color w:val="2446A6"/>
        </w:rPr>
        <w:t>[nom de l'école]</w:t>
      </w:r>
      <w:r>
        <w:rPr>
          <w:b w:val="0"/>
        </w:rPr>
        <w:t xml:space="preserve">, je recherche une alternance de </w:t>
      </w:r>
      <w:r>
        <w:rPr>
          <w:b w:val="0"/>
          <w:color w:val="2446A6"/>
        </w:rPr>
        <w:t>[durée]</w:t>
      </w:r>
      <w:r>
        <w:rPr>
          <w:b w:val="0"/>
        </w:rPr>
        <w:t xml:space="preserve"> à compter du </w:t>
      </w:r>
      <w:r>
        <w:rPr>
          <w:b w:val="0"/>
          <w:color w:val="2446A6"/>
        </w:rPr>
        <w:t>[date de début]</w:t>
      </w:r>
      <w:r>
        <w:rPr>
          <w:b w:val="0"/>
        </w:rPr>
        <w:t>.</w:t>
      </w:r>
    </w:p>
    <w:p>
      <w:r>
        <w:rPr>
          <w:b w:val="0"/>
        </w:rPr>
        <w:t xml:space="preserve">Au cours de mon stage de </w:t>
      </w:r>
      <w:r>
        <w:rPr>
          <w:b w:val="0"/>
          <w:color w:val="2446A6"/>
        </w:rPr>
        <w:t>[durée]</w:t>
      </w:r>
      <w:r>
        <w:rPr>
          <w:b w:val="0"/>
        </w:rPr>
        <w:t xml:space="preserve"> chez </w:t>
      </w:r>
      <w:r>
        <w:rPr>
          <w:b w:val="0"/>
          <w:color w:val="2446A6"/>
        </w:rPr>
        <w:t>[nom de l'entreprise précédente]</w:t>
      </w:r>
      <w:r>
        <w:rPr>
          <w:b w:val="0"/>
        </w:rPr>
        <w:t xml:space="preserve">, j'ai </w:t>
      </w:r>
      <w:r>
        <w:rPr>
          <w:b w:val="0"/>
          <w:color w:val="2446A6"/>
        </w:rPr>
        <w:t>[réalisation concrète et chiffrée : par exemple, participé à l'augmentation de 15 % du trafic du site en optimisant le référencement]</w:t>
      </w:r>
      <w:r>
        <w:rPr>
          <w:b w:val="0"/>
        </w:rPr>
        <w:t xml:space="preserve">. Cette expérience m'a permis de maîtriser </w:t>
      </w:r>
      <w:r>
        <w:rPr>
          <w:b w:val="0"/>
          <w:color w:val="2446A6"/>
        </w:rPr>
        <w:t>[outil ou compétence technique]</w:t>
      </w:r>
      <w:r>
        <w:rPr>
          <w:b w:val="0"/>
        </w:rPr>
        <w:t xml:space="preserve"> et de comprendre les attentes d'un service </w:t>
      </w:r>
      <w:r>
        <w:rPr>
          <w:b w:val="0"/>
          <w:color w:val="2446A6"/>
        </w:rPr>
        <w:t>[nom du service]</w:t>
      </w:r>
      <w:r>
        <w:rPr>
          <w:b w:val="0"/>
        </w:rPr>
        <w:t>.</w:t>
      </w:r>
    </w:p>
    <w:p>
      <w:r>
        <w:rPr>
          <w:b w:val="0"/>
        </w:rPr>
        <w:t xml:space="preserve">Le rythme d'alternance proposé par mon école — </w:t>
      </w:r>
      <w:r>
        <w:rPr>
          <w:b w:val="0"/>
          <w:color w:val="2446A6"/>
        </w:rPr>
        <w:t>[nombre de jours]</w:t>
      </w:r>
      <w:r>
        <w:rPr>
          <w:b w:val="0"/>
        </w:rPr>
        <w:t xml:space="preserve"> jours en entreprise, </w:t>
      </w:r>
      <w:r>
        <w:rPr>
          <w:b w:val="0"/>
          <w:color w:val="2446A6"/>
        </w:rPr>
        <w:t>[nombre de jours]</w:t>
      </w:r>
      <w:r>
        <w:rPr>
          <w:b w:val="0"/>
        </w:rPr>
        <w:t xml:space="preserve"> jours en formation — me rend opérationnel dès la première semaine. Je souhaite mettre à profit ma connaissance de </w:t>
      </w:r>
      <w:r>
        <w:rPr>
          <w:b w:val="0"/>
          <w:color w:val="2446A6"/>
        </w:rPr>
        <w:t>[logiciel, langue, méthode]</w:t>
      </w:r>
      <w:r>
        <w:rPr>
          <w:b w:val="0"/>
        </w:rPr>
        <w:t xml:space="preserve"> pour contribuer à </w:t>
      </w:r>
      <w:r>
        <w:rPr>
          <w:b w:val="0"/>
          <w:color w:val="2446A6"/>
        </w:rPr>
        <w:t>[projet ou objectif de l'entreprise]</w:t>
      </w:r>
      <w:r>
        <w:rPr>
          <w:b w:val="0"/>
        </w:rPr>
        <w:t>.</w:t>
      </w:r>
    </w:p>
    <w:p>
      <w:r>
        <w:rPr>
          <w:b w:val="0"/>
        </w:rPr>
        <w:t>Je me tiens à votre disposition pour un entretien à votre convenance, y compris en visioconférence, et vous remercie de l'attention portée à ma candidature.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une entreprise en alternance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