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poste d'assistant commercial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d'un BTS Management commercial opérationnel et fort de </w:t>
      </w:r>
      <w:r>
        <w:rPr>
          <w:b w:val="0"/>
          <w:color w:val="2446A6"/>
        </w:rPr>
        <w:t>[deux ans]</w:t>
      </w:r>
      <w:r>
        <w:rPr>
          <w:b w:val="0"/>
        </w:rPr>
        <w:t xml:space="preserve"> d'expérience en grande distribution, je vous adresse ma candidature pour le poste d'assistant commercial au sein de votre enseigne.</w:t>
      </w:r>
    </w:p>
    <w:p>
      <w:r>
        <w:rPr>
          <w:b w:val="0"/>
        </w:rPr>
        <w:t xml:space="preserve">Au quotidien, j'assure la gestion d'un portefeuille de </w:t>
      </w:r>
      <w:r>
        <w:rPr>
          <w:b w:val="0"/>
          <w:color w:val="2446A6"/>
        </w:rPr>
        <w:t>[200 clients]</w:t>
      </w:r>
      <w:r>
        <w:rPr>
          <w:b w:val="0"/>
        </w:rPr>
        <w:t xml:space="preserve"> sous SAP, de la prise de commande jusqu'au suivi des livraisons. Cette maîtrise de l'ERP me permet de réduire les erreurs de saisie de 15 % et de fiabiliser le reporting mensuel destiné au directeur commercial.</w:t>
      </w:r>
    </w:p>
    <w:p>
      <w:r>
        <w:rPr>
          <w:b w:val="0"/>
        </w:rPr>
        <w:t xml:space="preserve">Sur le terrain, j'ai développé une force de proposition qui s'est traduite par la signature de </w:t>
      </w:r>
      <w:r>
        <w:rPr>
          <w:b w:val="0"/>
          <w:color w:val="2446A6"/>
        </w:rPr>
        <w:t>[12 contrats]</w:t>
      </w:r>
      <w:r>
        <w:rPr>
          <w:b w:val="0"/>
        </w:rPr>
        <w:t xml:space="preserve"> de référencement en un an. Ma capacité à animer un réseau de distributeurs et à former les équipes en point de vente a généré une progression du chiffre d'affaires de </w:t>
      </w:r>
      <w:r>
        <w:rPr>
          <w:b w:val="0"/>
          <w:color w:val="2446A6"/>
        </w:rPr>
        <w:t>[8 %]</w:t>
      </w:r>
      <w:r>
        <w:rPr>
          <w:b w:val="0"/>
        </w:rPr>
        <w:t xml:space="preserve"> sur le secteur Sud-Ouest.</w:t>
      </w:r>
    </w:p>
    <w:p>
      <w:r>
        <w:rPr>
          <w:b w:val="0"/>
        </w:rPr>
        <w:t xml:space="preserve">Votre entreprise, leader sur le marché des produits d'entretien professionnels, correspond à mon souhait d'évoluer dans un environnement où la négociation avec les centrales d'achat et la prospection de nouveaux comptes sont valorisées. Je suis disponible pour un entretien à partir du </w:t>
      </w:r>
      <w:r>
        <w:rPr>
          <w:b w:val="0"/>
          <w:color w:val="2446A6"/>
        </w:rPr>
        <w:t>[15 octobre]</w:t>
      </w:r>
      <w:r>
        <w:rPr>
          <w:b w:val="0"/>
        </w:rPr>
        <w:t>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Compétences à mettre sur un CV : exemples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