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Chère famille,</w:t>
      </w:r>
    </w:p>
    <w:p>
      <w:r>
        <w:rPr>
          <w:b w:val="0"/>
        </w:rPr>
        <w:t xml:space="preserve">Je pense à vous très fort depuis l'annonce du départ de </w:t>
      </w:r>
      <w:r>
        <w:rPr>
          <w:b w:val="0"/>
          <w:color w:val="2446A6"/>
        </w:rPr>
        <w:t>[Prénom du défunt]</w:t>
      </w:r>
      <w:r>
        <w:rPr>
          <w:b w:val="0"/>
        </w:rPr>
        <w:t xml:space="preserve">. Ce matin, en rangeant des photos, je suis retombé sur celle du pique-nique à </w:t>
      </w:r>
      <w:r>
        <w:rPr>
          <w:b w:val="0"/>
          <w:color w:val="2446A6"/>
        </w:rPr>
        <w:t>[lieu]</w:t>
      </w:r>
      <w:r>
        <w:rPr>
          <w:b w:val="0"/>
        </w:rPr>
        <w:t xml:space="preserve"> en </w:t>
      </w:r>
      <w:r>
        <w:rPr>
          <w:b w:val="0"/>
          <w:color w:val="2446A6"/>
        </w:rPr>
        <w:t>[année]</w:t>
      </w:r>
      <w:r>
        <w:rPr>
          <w:b w:val="0"/>
        </w:rPr>
        <w:t xml:space="preserve"> : son rire en voyant le gâteau renversé, et vous tous autour, à l'aider à tout ramasser en plaisantant. Ce souvenir me fait sourire au milieu de la peine.</w:t>
      </w:r>
    </w:p>
    <w:p>
      <w:r>
        <w:rPr>
          <w:b w:val="0"/>
        </w:rPr>
        <w:t xml:space="preserve">Je sais que les jours à venir seront lourds. Sachez que nous sommes là, pour une course, un repas déposé sur le pas de la porte, ou simplement pour s'asseoir en silence avec vous. </w:t>
      </w:r>
      <w:r>
        <w:rPr>
          <w:b w:val="0"/>
          <w:color w:val="2446A6"/>
        </w:rPr>
        <w:t>[Prénom du défunt]</w:t>
      </w:r>
      <w:r>
        <w:rPr>
          <w:b w:val="0"/>
        </w:rPr>
        <w:t xml:space="preserve"> était quelqu'un de rare, et cette lumière ne s'éteint pas.</w:t>
      </w:r>
    </w:p>
    <w:p>
      <w:r>
        <w:rPr>
          <w:b w:val="0"/>
        </w:rPr>
        <w:t>Nous vous embrassons de tout cœur.</w:t>
      </w:r>
    </w:p>
    <w:p>
      <w:r>
        <w:rPr>
          <w:b w:val="0"/>
        </w:rPr>
        <w:t>Avec toute notre affection,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pour la famille proche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