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>
      <w:r>
        <w:rPr>
          <w:b w:val="0"/>
        </w:rPr>
        <w:t xml:space="preserve">Chère </w:t>
      </w:r>
      <w:r>
        <w:rPr>
          <w:b w:val="0"/>
          <w:color w:val="2446A6"/>
        </w:rPr>
        <w:t>[Marthe]</w:t>
      </w:r>
      <w:r>
        <w:rPr>
          <w:b w:val="0"/>
        </w:rPr>
        <w:t>,</w:t>
      </w:r>
    </w:p>
    <w:p>
      <w:r>
        <w:rPr>
          <w:b w:val="0"/>
        </w:rPr>
        <w:t xml:space="preserve">J'ai appris pour </w:t>
      </w:r>
      <w:r>
        <w:rPr>
          <w:b w:val="0"/>
          <w:color w:val="2446A6"/>
        </w:rPr>
        <w:t>[Paul]</w:t>
      </w:r>
      <w:r>
        <w:rPr>
          <w:b w:val="0"/>
        </w:rPr>
        <w:t xml:space="preserve"> et je pense très fort à toi, à </w:t>
      </w:r>
      <w:r>
        <w:rPr>
          <w:b w:val="0"/>
          <w:color w:val="2446A6"/>
        </w:rPr>
        <w:t>[tes enfants]</w:t>
      </w:r>
      <w:r>
        <w:rPr>
          <w:b w:val="0"/>
        </w:rPr>
        <w:t xml:space="preserve"> et à </w:t>
      </w:r>
      <w:r>
        <w:rPr>
          <w:b w:val="0"/>
          <w:color w:val="2446A6"/>
        </w:rPr>
        <w:t>[ses petits-enfants]</w:t>
      </w:r>
      <w:r>
        <w:rPr>
          <w:b w:val="0"/>
        </w:rPr>
        <w:t xml:space="preserve">. Ces derniers mois ont été longs pour vous tous, entre </w:t>
      </w:r>
      <w:r>
        <w:rPr>
          <w:b w:val="0"/>
          <w:color w:val="2446A6"/>
        </w:rPr>
        <w:t>[les allers-retours à l'hôpital de {ville]</w:t>
      </w:r>
      <w:r>
        <w:rPr>
          <w:b w:val="0"/>
        </w:rPr>
        <w:t xml:space="preserve">} et </w:t>
      </w:r>
      <w:r>
        <w:rPr>
          <w:b w:val="0"/>
          <w:color w:val="2446A6"/>
        </w:rPr>
        <w:t>[les nuits sans sommeil]</w:t>
      </w:r>
      <w:r>
        <w:rPr>
          <w:b w:val="0"/>
        </w:rPr>
        <w:t xml:space="preserve"> ; vous avez tenu avec un courage que je n'oublierai pas.</w:t>
      </w:r>
    </w:p>
    <w:p>
      <w:r>
        <w:rPr>
          <w:b w:val="0"/>
        </w:rPr>
        <w:t xml:space="preserve">Je ne garde pas l'image de </w:t>
      </w:r>
      <w:r>
        <w:rPr>
          <w:b w:val="0"/>
          <w:color w:val="2446A6"/>
        </w:rPr>
        <w:t>[ces dernières semaines]</w:t>
      </w:r>
      <w:r>
        <w:rPr>
          <w:b w:val="0"/>
        </w:rPr>
        <w:t xml:space="preserve">, mais celle de </w:t>
      </w:r>
      <w:r>
        <w:rPr>
          <w:b w:val="0"/>
          <w:color w:val="2446A6"/>
        </w:rPr>
        <w:t>[l'été où il nous a fait visiter son potager, ses tomates alignées au cordeau et sa fierté de vous en donner un cageot entier]</w:t>
      </w:r>
      <w:r>
        <w:rPr>
          <w:b w:val="0"/>
        </w:rPr>
        <w:t>. C'est cet homme-là que je veux garder, et je voulais que tu le saches.</w:t>
      </w:r>
    </w:p>
    <w:p>
      <w:r>
        <w:rPr>
          <w:b w:val="0"/>
        </w:rPr>
        <w:t xml:space="preserve">Si tu veux, je peux </w:t>
      </w:r>
      <w:r>
        <w:rPr>
          <w:b w:val="0"/>
          <w:color w:val="2446A6"/>
        </w:rPr>
        <w:t>[passer mardi ou jeudi après-midi pour t'aider à trier ses papiers, ou simplement rester à la maison pendant que tu souffles]</w:t>
      </w:r>
      <w:r>
        <w:rPr>
          <w:b w:val="0"/>
        </w:rPr>
        <w:t>. Dis-moi ce qui t'arrange, je m'adapte.</w:t>
      </w:r>
    </w:p>
    <w:p>
      <w:r>
        <w:rPr>
          <w:b w:val="0"/>
        </w:rPr>
        <w:t xml:space="preserve">Je t'embrasse bien fort, ainsi que </w:t>
      </w:r>
      <w:r>
        <w:rPr>
          <w:b w:val="0"/>
          <w:color w:val="2446A6"/>
        </w:rPr>
        <w:t>[tes enfants]</w:t>
      </w:r>
      <w:r>
        <w:rPr>
          <w:b w:val="0"/>
        </w:rPr>
        <w:t>.</w:t>
      </w:r>
    </w:p>
    <w:p>
      <w:r>
        <w:rPr>
          <w:b w:val="0"/>
        </w:rPr>
        <w:t>Avec toute mon affection,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Message de condoléances après une longue maladie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