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[numéro]</w:t>
      </w:r>
    </w:p>
    <w:p/>
    <w:p>
      <w:pPr>
        <w:spacing w:after="0"/>
        <w:jc w:val="right"/>
      </w:pPr>
      <w:r>
        <w:rPr>
          <w:b w:val="0"/>
        </w:rPr>
        <w:t>Monsieur l’Officier du ministère public</w:t>
      </w:r>
    </w:p>
    <w:p>
      <w:pPr>
        <w:spacing w:after="0"/>
        <w:jc w:val="right"/>
      </w:pPr>
      <w:r>
        <w:rPr>
          <w:b w:val="0"/>
        </w:rPr>
        <w:t xml:space="preserve">Tribunal de police de </w:t>
      </w:r>
      <w:r>
        <w:rPr>
          <w:b w:val="0"/>
          <w:color w:val="2446A6"/>
        </w:rPr>
        <w:t>[Ville]</w:t>
      </w:r>
    </w:p>
    <w:p>
      <w:pPr>
        <w:spacing w:after="0"/>
        <w:jc w:val="right"/>
      </w:pPr>
      <w:r>
        <w:rPr>
          <w:b w:val="0"/>
          <w:color w:val="2446A6"/>
        </w:rPr>
        <w:t>[Adresse du tribunal]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d’une amende déjà payée – Avis n° </w:t>
      </w:r>
      <w:r>
        <w:rPr>
          <w:b/>
          <w:color w:val="2446A6"/>
        </w:rPr>
        <w:t>[numéro de l’avis]</w:t>
      </w:r>
    </w:p>
    <w:p/>
    <w:p>
      <w:r>
        <w:rPr>
          <w:b w:val="0"/>
        </w:rPr>
        <w:t>Monsieur l’Officier du ministère public,</w:t>
      </w:r>
    </w:p>
    <w:p>
      <w:r>
        <w:rPr>
          <w:b w:val="0"/>
        </w:rPr>
        <w:t xml:space="preserve">Par la présente, je conteste l’avis de poursuite n° </w:t>
      </w:r>
      <w:r>
        <w:rPr>
          <w:b w:val="0"/>
          <w:color w:val="2446A6"/>
        </w:rPr>
        <w:t>[numéro]</w:t>
      </w:r>
      <w:r>
        <w:rPr>
          <w:b w:val="0"/>
        </w:rPr>
        <w:t xml:space="preserve"> reçu le </w:t>
      </w:r>
      <w:r>
        <w:rPr>
          <w:b w:val="0"/>
          <w:color w:val="2446A6"/>
        </w:rPr>
        <w:t>[date de réception]</w:t>
      </w:r>
      <w:r>
        <w:rPr>
          <w:b w:val="0"/>
        </w:rPr>
        <w:t xml:space="preserve">, relatif à une amende forfaitaire d’un montant de </w:t>
      </w:r>
      <w:r>
        <w:rPr>
          <w:b w:val="0"/>
          <w:color w:val="2446A6"/>
        </w:rPr>
        <w:t>[montant]</w:t>
      </w:r>
      <w:r>
        <w:rPr>
          <w:b w:val="0"/>
        </w:rPr>
        <w:t xml:space="preserve"> euros que j’ai déjà réglée.</w:t>
      </w:r>
    </w:p>
    <w:p>
      <w:r>
        <w:rPr>
          <w:b w:val="0"/>
        </w:rPr>
        <w:t xml:space="preserve">Le paiement a été effectué le </w:t>
      </w:r>
      <w:r>
        <w:rPr>
          <w:b w:val="0"/>
          <w:color w:val="2446A6"/>
        </w:rPr>
        <w:t>[date de paiement]</w:t>
      </w:r>
      <w:r>
        <w:rPr>
          <w:b w:val="0"/>
        </w:rPr>
        <w:t xml:space="preserve"> par </w:t>
      </w:r>
      <w:r>
        <w:rPr>
          <w:b w:val="0"/>
          <w:color w:val="2446A6"/>
        </w:rPr>
        <w:t>[mode de paiement : carte bancaire, chèque n°…, virement]</w:t>
      </w:r>
      <w:r>
        <w:rPr>
          <w:b w:val="0"/>
        </w:rPr>
        <w:t>. Vous trouverez ci-joint la preuve de ce règlement, qui atteste que la somme due a bien été acquittée avant l’émission de l’avis contesté.</w:t>
      </w:r>
    </w:p>
    <w:p>
      <w:r>
        <w:rPr>
          <w:b w:val="0"/>
        </w:rPr>
        <w:t>Conformément à l’article 530 du Code de procédure pénale, le paiement de l’amende éteint l’action publique. Je vous demande donc de bien vouloir constater l’extinction de la poursuite et de procéder à l’annulation de toute procédure ou majoration subséquente.</w:t>
      </w:r>
    </w:p>
    <w:p>
      <w:r>
        <w:rPr>
          <w:b w:val="0"/>
        </w:rPr>
        <w:t>Je me tiens à votre disposition pour tout renseignement complémentaire et vous prie d’agréer, Monsieur l’Officier du ministère public, l’expression de ma considération distinguée.</w:t>
      </w:r>
    </w:p>
    <w:p>
      <w:r>
        <w:rPr>
          <w:b w:val="0"/>
        </w:rPr>
        <w:t>Je vous prie d’agréer, Monsieur l’Officier du ministère public,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preuve de paiement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d'une amende déjà payée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