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[numéro]</w:t>
      </w:r>
    </w:p>
    <w:p>
      <w:pPr>
        <w:spacing w:after="0"/>
      </w:pPr>
      <w:r>
        <w:rPr>
          <w:b w:val="0"/>
        </w:rPr>
        <w:t xml:space="preserve">Email : </w:t>
      </w:r>
      <w:r>
        <w:rPr>
          <w:b w:val="0"/>
          <w:color w:val="2446A6"/>
        </w:rPr>
        <w:t>[adresse email]</w:t>
      </w:r>
    </w:p>
    <w:p/>
    <w:p>
      <w:pPr>
        <w:spacing w:after="0"/>
        <w:jc w:val="right"/>
      </w:pPr>
      <w:r>
        <w:rPr>
          <w:b w:val="0"/>
        </w:rPr>
        <w:t>Monsieur l'Officier du Ministère Public</w:t>
      </w:r>
    </w:p>
    <w:p>
      <w:pPr>
        <w:spacing w:after="0"/>
        <w:jc w:val="right"/>
      </w:pPr>
      <w:r>
        <w:rPr>
          <w:b w:val="0"/>
        </w:rPr>
        <w:t xml:space="preserve">Tribunal de Police de </w:t>
      </w:r>
      <w:r>
        <w:rPr>
          <w:b w:val="0"/>
          <w:color w:val="2446A6"/>
        </w:rPr>
        <w:t>[Ville]</w:t>
      </w:r>
    </w:p>
    <w:p>
      <w:pPr>
        <w:spacing w:after="0"/>
        <w:jc w:val="right"/>
      </w:pPr>
      <w:r>
        <w:rPr>
          <w:b w:val="0"/>
          <w:color w:val="2446A6"/>
        </w:rPr>
        <w:t>[Adresse du tribunal]</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Contestation d'une amende majorée jamais reçue – Avis de contravention n°</w:t>
      </w:r>
      <w:r>
        <w:rPr>
          <w:b/>
          <w:color w:val="2446A6"/>
        </w:rPr>
        <w:t>[numéro]</w:t>
      </w:r>
    </w:p>
    <w:p/>
    <w:p>
      <w:r>
        <w:rPr>
          <w:b w:val="0"/>
        </w:rPr>
        <w:t>Madame, Monsieur,</w:t>
      </w:r>
    </w:p>
    <w:p>
      <w:r>
        <w:rPr>
          <w:b w:val="0"/>
        </w:rPr>
        <w:t xml:space="preserve">Par la présente, je conteste l'amende forfaitaire majorée de </w:t>
      </w:r>
      <w:r>
        <w:rPr>
          <w:b w:val="0"/>
          <w:color w:val="2446A6"/>
        </w:rPr>
        <w:t>[montant]</w:t>
      </w:r>
      <w:r>
        <w:rPr>
          <w:b w:val="0"/>
        </w:rPr>
        <w:t xml:space="preserve"> euros que vous m'avez adressée sous le numéro </w:t>
      </w:r>
      <w:r>
        <w:rPr>
          <w:b w:val="0"/>
          <w:color w:val="2446A6"/>
        </w:rPr>
        <w:t>[numéro d'avis]</w:t>
      </w:r>
      <w:r>
        <w:rPr>
          <w:b w:val="0"/>
        </w:rPr>
        <w:t>, car je n'ai jamais reçu l'avis de contravention initial ni l'avis de majoration.</w:t>
      </w:r>
    </w:p>
    <w:p>
      <w:r>
        <w:rPr>
          <w:b w:val="0"/>
        </w:rPr>
        <w:t>Je vous rappelle que l'article 530 du Code de procédure pénale prévoit qu'à défaut de réception de l'avis de contravention, la majoration doit être annulée sur simple réclamation motivée. Je vous joins une attestation sur l'honneur de non-réception, conforme aux exigences de l'article 529-10 du même code.</w:t>
      </w:r>
    </w:p>
    <w:p>
      <w:r>
        <w:rPr>
          <w:b w:val="0"/>
        </w:rPr>
        <w:t xml:space="preserve">En conséquence, je vous demande de bien vouloir annuler la majoration et de ramener le montant dû à la somme de </w:t>
      </w:r>
      <w:r>
        <w:rPr>
          <w:b w:val="0"/>
          <w:color w:val="2446A6"/>
        </w:rPr>
        <w:t>[montant amende forfaitaire]</w:t>
      </w:r>
      <w:r>
        <w:rPr>
          <w:b w:val="0"/>
        </w:rPr>
        <w:t xml:space="preserve"> euros, correspondant à l'amende forfaitaire initiale. Je vous prie de m'adresser un nouveau titre de perception rectifié.</w:t>
      </w:r>
    </w:p>
    <w:p>
      <w:r>
        <w:rPr>
          <w:b w:val="0"/>
        </w:rPr>
        <w:t>Je me tiens à votre disposition pour tout renseignement complémentaire et vous remercie de votre diligence.</w:t>
      </w:r>
    </w:p>
    <w:p>
      <w:r>
        <w:rPr>
          <w:b w:val="0"/>
        </w:rPr>
        <w:t>Veuillez agréer, Madame, Monsieur, l'expression de mes salutations distinguées.</w:t>
      </w:r>
    </w:p>
    <w:p/>
    <w:p>
      <w:pPr>
        <w:jc w:val="right"/>
      </w:pPr>
      <w:r>
        <w:rPr>
          <w:b w:val="0"/>
          <w:color w:val="2446A6"/>
        </w:rPr>
        <w:t>[Prénom Nom]</w:t>
      </w:r>
    </w:p>
    <w:p/>
    <w:p>
      <w:r>
        <w:rPr>
          <w:b w:val="0"/>
        </w:rPr>
        <w:t>Pièce jointe : attestation sur l'honneur de non-réception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amende majorée jamais reçue : lettre type</dc:title>
  <dc:subject/>
  <dc:creator/>
  <cp:keywords/>
  <dc:description/>
  <cp:lastModifiedBy/>
  <cp:revision>1</cp:revision>
  <dcterms:created xsi:type="dcterms:W3CDTF">2013-12-23T23:15:00Z</dcterms:created>
  <dcterms:modified xsi:type="dcterms:W3CDTF">2013-12-23T23:15:00Z</dcterms:modified>
  <cp:category/>
</cp:coreProperties>
</file>