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75011 Paris]</w:t>
      </w:r>
    </w:p>
    <w:p>
      <w:pPr>
        <w:spacing w:after="0"/>
      </w:pPr>
      <w:r>
        <w:rPr>
          <w:b w:val="0"/>
          <w:color w:val="2446A6"/>
        </w:rPr>
        <w:t>[06 12 34 56 78]</w:t>
      </w:r>
      <w:r>
        <w:rPr>
          <w:b w:val="0"/>
        </w:rPr>
        <w:t xml:space="preserve"> — </w:t>
      </w: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>Monsieur l'Officier du ministère public</w:t>
      </w:r>
    </w:p>
    <w:p>
      <w:pPr>
        <w:spacing w:after="0"/>
        <w:jc w:val="right"/>
      </w:pPr>
      <w:r>
        <w:rPr>
          <w:b w:val="0"/>
        </w:rPr>
        <w:t>Service de traitement des contraventions — ANTAI</w:t>
      </w:r>
    </w:p>
    <w:p>
      <w:pPr>
        <w:spacing w:after="0"/>
        <w:jc w:val="right"/>
      </w:pPr>
      <w:r>
        <w:rPr>
          <w:b w:val="0"/>
        </w:rPr>
        <w:t>TSA 50000</w:t>
      </w:r>
    </w:p>
    <w:p>
      <w:pPr>
        <w:spacing w:after="0"/>
        <w:jc w:val="right"/>
      </w:pPr>
      <w:r>
        <w:rPr>
          <w:b w:val="0"/>
        </w:rPr>
        <w:t>35000 Rennes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 l'avis de contravention n° </w:t>
      </w:r>
      <w:r>
        <w:rPr>
          <w:b/>
          <w:color w:val="2446A6"/>
        </w:rPr>
        <w:t>[1234567890]</w:t>
      </w:r>
      <w:r>
        <w:rPr>
          <w:b/>
        </w:rPr>
        <w:t xml:space="preserve"> du </w:t>
      </w:r>
      <w:r>
        <w:rPr>
          <w:b/>
          <w:color w:val="2446A6"/>
        </w:rPr>
        <w:t>[12 septembre 2026]</w:t>
      </w:r>
      <w:r>
        <w:rPr>
          <w:b/>
        </w:rPr>
        <w:t xml:space="preserve"> — stationnement gênant</w:t>
      </w:r>
    </w:p>
    <w:p/>
    <w:p>
      <w:r>
        <w:rPr>
          <w:b w:val="0"/>
        </w:rPr>
        <w:t>Monsieur l'Officier du ministère public,</w:t>
      </w:r>
    </w:p>
    <w:p>
      <w:r>
        <w:rPr>
          <w:b w:val="0"/>
        </w:rPr>
        <w:t xml:space="preserve">Je conteste l'avis de contravention n° </w:t>
      </w:r>
      <w:r>
        <w:rPr>
          <w:b w:val="0"/>
          <w:color w:val="2446A6"/>
        </w:rPr>
        <w:t>[1234567890]</w:t>
      </w:r>
      <w:r>
        <w:rPr>
          <w:b w:val="0"/>
        </w:rPr>
        <w:t xml:space="preserve"> dressé le </w:t>
      </w:r>
      <w:r>
        <w:rPr>
          <w:b w:val="0"/>
          <w:color w:val="2446A6"/>
        </w:rPr>
        <w:t>[12 septembre 2026]</w:t>
      </w:r>
      <w:r>
        <w:rPr>
          <w:b w:val="0"/>
        </w:rPr>
        <w:t xml:space="preserve"> à </w:t>
      </w:r>
      <w:r>
        <w:rPr>
          <w:b w:val="0"/>
          <w:color w:val="2446A6"/>
        </w:rPr>
        <w:t>[15 h 42]</w:t>
      </w:r>
      <w:r>
        <w:rPr>
          <w:b w:val="0"/>
        </w:rPr>
        <w:t xml:space="preserve">, </w:t>
      </w:r>
      <w:r>
        <w:rPr>
          <w:b w:val="0"/>
          <w:color w:val="2446A6"/>
        </w:rPr>
        <w:t>[12 rue de la Roquette, 75011 Paris]</w:t>
      </w:r>
      <w:r>
        <w:rPr>
          <w:b w:val="0"/>
        </w:rPr>
        <w:t xml:space="preserve">, pour stationnement gênant sur une place de livraison, et dont le montant est de </w:t>
      </w:r>
      <w:r>
        <w:rPr>
          <w:b w:val="0"/>
          <w:color w:val="2446A6"/>
        </w:rPr>
        <w:t>[35 €]</w:t>
      </w:r>
      <w:r>
        <w:rPr>
          <w:b w:val="0"/>
        </w:rPr>
        <w:t>.</w:t>
      </w:r>
    </w:p>
    <w:p>
      <w:r>
        <w:rPr>
          <w:b w:val="0"/>
        </w:rPr>
        <w:t xml:space="preserve">Le véhicule </w:t>
      </w:r>
      <w:r>
        <w:rPr>
          <w:b w:val="0"/>
          <w:color w:val="2446A6"/>
        </w:rPr>
        <w:t>[Renault Clio]</w:t>
      </w:r>
      <w:r>
        <w:rPr>
          <w:b w:val="0"/>
        </w:rPr>
        <w:t xml:space="preserve">, immatriculé </w:t>
      </w:r>
      <w:r>
        <w:rPr>
          <w:b w:val="0"/>
          <w:color w:val="2446A6"/>
        </w:rPr>
        <w:t>[AB-123-CD]</w:t>
      </w:r>
      <w:r>
        <w:rPr>
          <w:b w:val="0"/>
        </w:rPr>
        <w:t xml:space="preserve">, était stationné sur une place matérialisée par des marquages au sol et un panneau « livraisons », entre </w:t>
      </w:r>
      <w:r>
        <w:rPr>
          <w:b w:val="0"/>
          <w:color w:val="2446A6"/>
        </w:rPr>
        <w:t>[14 h 30]</w:t>
      </w:r>
      <w:r>
        <w:rPr>
          <w:b w:val="0"/>
        </w:rPr>
        <w:t xml:space="preserve"> et </w:t>
      </w:r>
      <w:r>
        <w:rPr>
          <w:b w:val="0"/>
          <w:color w:val="2446A6"/>
        </w:rPr>
        <w:t>[15 h 50]</w:t>
      </w:r>
      <w:r>
        <w:rPr>
          <w:b w:val="0"/>
        </w:rPr>
        <w:t xml:space="preserve">, le temps d'un déchargement de matériel professionnel. Je produis la copie du certificat d'immatriculation, la facture de l'enseigne </w:t>
      </w:r>
      <w:r>
        <w:rPr>
          <w:b w:val="0"/>
          <w:color w:val="2446A6"/>
        </w:rPr>
        <w:t>[Bricomat]</w:t>
      </w:r>
      <w:r>
        <w:rPr>
          <w:b w:val="0"/>
        </w:rPr>
        <w:t xml:space="preserve"> datée du </w:t>
      </w:r>
      <w:r>
        <w:rPr>
          <w:b w:val="0"/>
          <w:color w:val="2446A6"/>
        </w:rPr>
        <w:t>[12 septembre 2026]</w:t>
      </w:r>
      <w:r>
        <w:rPr>
          <w:b w:val="0"/>
        </w:rPr>
        <w:t xml:space="preserve"> à </w:t>
      </w:r>
      <w:r>
        <w:rPr>
          <w:b w:val="0"/>
          <w:color w:val="2446A6"/>
        </w:rPr>
        <w:t>[15 h 05]</w:t>
      </w:r>
      <w:r>
        <w:rPr>
          <w:b w:val="0"/>
        </w:rPr>
        <w:t xml:space="preserve"> et deux photographies horodatées du véhicule devant le panneau de livraison.</w:t>
      </w:r>
    </w:p>
    <w:p>
      <w:r>
        <w:rPr>
          <w:b w:val="0"/>
        </w:rPr>
        <w:t>L'article R. 417-10 du code de la route réprime l'arrêt ou le stationnement gênant, mais l'article R. 417-11 réserve les emplacements de livraison aux véhicules effectuant une opération de chargement ou de déchargement. Mon véhicule répondait à cette condition, et l'agent verbalisateur n'a pas mentionné dans son procès-verbal la nature du chargement ni la présence du panneau.</w:t>
      </w:r>
    </w:p>
    <w:p>
      <w:r>
        <w:rPr>
          <w:b w:val="0"/>
        </w:rPr>
        <w:t xml:space="preserve">Je joins la copie de l'avis de contravention, la copie du certificat d'immatriculation, la facture horodatée et les deux photographies. Je demande l'annulation de l'avis de contravention n° </w:t>
      </w:r>
      <w:r>
        <w:rPr>
          <w:b w:val="0"/>
          <w:color w:val="2446A6"/>
        </w:rPr>
        <w:t>[1234567890]</w:t>
      </w:r>
      <w:r>
        <w:rPr>
          <w:b w:val="0"/>
        </w:rPr>
        <w:t xml:space="preserve"> et le remboursement de la consignation de </w:t>
      </w:r>
      <w:r>
        <w:rPr>
          <w:b w:val="0"/>
          <w:color w:val="2446A6"/>
        </w:rPr>
        <w:t>[33 €]</w:t>
      </w:r>
      <w:r>
        <w:rPr>
          <w:b w:val="0"/>
        </w:rPr>
        <w:t xml:space="preserve"> versée le </w:t>
      </w:r>
      <w:r>
        <w:rPr>
          <w:b w:val="0"/>
          <w:color w:val="2446A6"/>
        </w:rPr>
        <w:t>[20 septembre 2026]</w:t>
      </w:r>
      <w:r>
        <w:rPr>
          <w:b w:val="0"/>
        </w:rPr>
        <w:t xml:space="preserve"> par carte bancaire.</w:t>
      </w:r>
    </w:p>
    <w:p>
      <w:r>
        <w:rPr>
          <w:b w:val="0"/>
        </w:rPr>
        <w:t>Si l'annulation n'était pas prononcée, je demande à être informé des motifs précis du rejet et de la juridiction compétente pour former une requête en exonération.</w:t>
      </w:r>
    </w:p>
    <w:p>
      <w:r>
        <w:rPr>
          <w:b w:val="0"/>
        </w:rPr>
        <w:t>Je vous prie d'agréer, Monsieur l'Officier du ministère public,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l'avis de contravention n° </w:t>
      </w:r>
      <w:r>
        <w:rPr>
          <w:b w:val="0"/>
          <w:color w:val="2446A6"/>
        </w:rPr>
        <w:t>[1234567890]</w:t>
      </w:r>
      <w:r>
        <w:rPr>
          <w:b w:val="0"/>
        </w:rPr>
        <w:t xml:space="preserve"> ; copie du certificat d'immatriculation ; facture </w:t>
      </w:r>
      <w:r>
        <w:rPr>
          <w:b w:val="0"/>
          <w:color w:val="2446A6"/>
        </w:rPr>
        <w:t>[Bricomat]</w:t>
      </w:r>
      <w:r>
        <w:rPr>
          <w:b w:val="0"/>
        </w:rPr>
        <w:t xml:space="preserve"> du </w:t>
      </w:r>
      <w:r>
        <w:rPr>
          <w:b w:val="0"/>
          <w:color w:val="2446A6"/>
        </w:rPr>
        <w:t>[12 septembre 2026]</w:t>
      </w:r>
      <w:r>
        <w:rPr>
          <w:b w:val="0"/>
        </w:rPr>
        <w:t xml:space="preserve"> ; deux photographies horodatées ; justificatif de consignation de </w:t>
      </w:r>
      <w:r>
        <w:rPr>
          <w:b w:val="0"/>
          <w:color w:val="2446A6"/>
        </w:rPr>
        <w:t>[33 €]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 PV de stationnement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