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b w:val="0"/>
          <w:color w:val="2446A6"/>
        </w:rPr>
        <w:t>[Prénom Nom]</w:t>
      </w:r>
    </w:p>
    <w:p>
      <w:pPr>
        <w:spacing w:after="0"/>
      </w:pPr>
      <w:r>
        <w:rPr>
          <w:b w:val="0"/>
          <w:color w:val="2446A6"/>
        </w:rPr>
        <w:t>[Adresse]</w:t>
      </w:r>
    </w:p>
    <w:p>
      <w:pPr>
        <w:spacing w:after="0"/>
      </w:pPr>
      <w:r>
        <w:rPr>
          <w:b w:val="0"/>
          <w:color w:val="2446A6"/>
        </w:rPr>
        <w:t>[Code postal]</w:t>
      </w:r>
      <w:r>
        <w:rPr>
          <w:b w:val="0"/>
        </w:rPr>
        <w:t xml:space="preserve"> </w:t>
      </w:r>
      <w:r>
        <w:rPr>
          <w:b w:val="0"/>
          <w:color w:val="2446A6"/>
        </w:rPr>
        <w:t>[Ville]</w:t>
      </w:r>
    </w:p>
    <w:p>
      <w:pPr>
        <w:spacing w:after="0"/>
      </w:pPr>
      <w:r>
        <w:rPr>
          <w:b w:val="0"/>
        </w:rPr>
        <w:t xml:space="preserve">Tél. : </w:t>
      </w:r>
      <w:r>
        <w:rPr>
          <w:b w:val="0"/>
          <w:color w:val="2446A6"/>
        </w:rPr>
        <w:t>[Téléphone]</w:t>
      </w:r>
    </w:p>
    <w:p>
      <w:pPr>
        <w:spacing w:after="0"/>
      </w:pPr>
      <w:r>
        <w:rPr>
          <w:b w:val="0"/>
        </w:rPr>
        <w:t xml:space="preserve">Email : </w:t>
      </w:r>
      <w:r>
        <w:rPr>
          <w:b w:val="0"/>
          <w:color w:val="2446A6"/>
        </w:rPr>
        <w:t>[Email]</w:t>
      </w:r>
    </w:p>
    <w:p/>
    <w:p>
      <w:pPr>
        <w:spacing w:after="0"/>
        <w:jc w:val="right"/>
      </w:pPr>
      <w:r>
        <w:rPr>
          <w:b w:val="0"/>
        </w:rPr>
        <w:t>Commission Médicale de Recours Amiable</w:t>
      </w:r>
    </w:p>
    <w:p>
      <w:pPr>
        <w:spacing w:after="0"/>
        <w:jc w:val="right"/>
      </w:pPr>
      <w:r>
        <w:rPr>
          <w:b w:val="0"/>
        </w:rPr>
        <w:t>Caisse Primaire d'Assurance Maladie de Paris</w:t>
      </w:r>
    </w:p>
    <w:p>
      <w:pPr>
        <w:spacing w:after="0"/>
        <w:jc w:val="right"/>
      </w:pPr>
      <w:r>
        <w:rPr>
          <w:b w:val="0"/>
        </w:rPr>
        <w:t>21 rue Georges Auric</w:t>
      </w:r>
    </w:p>
    <w:p>
      <w:pPr>
        <w:spacing w:after="0"/>
        <w:jc w:val="right"/>
      </w:pPr>
      <w:r>
        <w:rPr>
          <w:b w:val="0"/>
        </w:rPr>
        <w:t>75948 Paris Cedex 19</w:t>
      </w:r>
    </w:p>
    <w:p/>
    <w:p>
      <w:pPr>
        <w:jc w:val="right"/>
      </w:pPr>
      <w:r>
        <w:rPr>
          <w:b w:val="0"/>
        </w:rPr>
        <w:t xml:space="preserve">À </w:t>
      </w:r>
      <w:r>
        <w:rPr>
          <w:b w:val="0"/>
          <w:color w:val="2446A6"/>
        </w:rPr>
        <w:t>[Ville]</w:t>
      </w:r>
      <w:r>
        <w:rPr>
          <w:b w:val="0"/>
        </w:rPr>
        <w:t xml:space="preserve">, le </w:t>
      </w:r>
      <w:r>
        <w:rPr>
          <w:b w:val="0"/>
          <w:color w:val="2446A6"/>
        </w:rPr>
        <w:t>[date]</w:t>
      </w:r>
    </w:p>
    <w:p>
      <w:pPr>
        <w:spacing w:after="0"/>
      </w:pPr>
      <w:r>
        <w:rPr>
          <w:b/>
        </w:rPr>
        <w:t>Lettre recommandée avec accusé de réception</w:t>
      </w:r>
    </w:p>
    <w:p>
      <w:r>
        <w:rPr>
          <w:b/>
        </w:rPr>
        <w:t>Objet : Contestation de la décision du médecin-conseil – Notification n°</w:t>
      </w:r>
      <w:r>
        <w:rPr>
          <w:b/>
          <w:color w:val="2446A6"/>
        </w:rPr>
        <w:t>[numéro de notification]</w:t>
      </w:r>
    </w:p>
    <w:p/>
    <w:p>
      <w:r>
        <w:rPr>
          <w:b w:val="0"/>
        </w:rPr>
        <w:t>Madame, Monsieur,</w:t>
      </w:r>
    </w:p>
    <w:p>
      <w:r>
        <w:rPr>
          <w:b w:val="0"/>
        </w:rPr>
        <w:t xml:space="preserve">Par courrier en date du </w:t>
      </w:r>
      <w:r>
        <w:rPr>
          <w:b w:val="0"/>
          <w:color w:val="2446A6"/>
        </w:rPr>
        <w:t>[date de la notification]</w:t>
      </w:r>
      <w:r>
        <w:rPr>
          <w:b w:val="0"/>
        </w:rPr>
        <w:t xml:space="preserve">, le médecin-conseil de la caisse primaire d’assurance maladie a rendu une décision concernant </w:t>
      </w:r>
      <w:r>
        <w:rPr>
          <w:b w:val="0"/>
          <w:color w:val="2446A6"/>
        </w:rPr>
        <w:t>[préciser l’objet : ma consolidation, mon taux d’incapacité, la prise en charge de mes soins, etc.]</w:t>
      </w:r>
      <w:r>
        <w:rPr>
          <w:b w:val="0"/>
        </w:rPr>
        <w:t>. Je conteste cette décision et sollicite, conformément à l’article L.141-1 du Code de la sécurité sociale, la mise en œuvre d’une expertise médicale.</w:t>
      </w:r>
    </w:p>
    <w:p>
      <w:r>
        <w:rPr>
          <w:b w:val="0"/>
        </w:rPr>
        <w:t xml:space="preserve">Je demande que le médecin expert soit désigné d’un commun accord entre le médecin-conseil de la CPAM et mon médecin traitant, le docteur </w:t>
      </w:r>
      <w:r>
        <w:rPr>
          <w:b w:val="0"/>
          <w:color w:val="2446A6"/>
        </w:rPr>
        <w:t>[Nom du médecin traitant]</w:t>
      </w:r>
      <w:r>
        <w:rPr>
          <w:b w:val="0"/>
        </w:rPr>
        <w:t>. À défaut d’accord, je vous prie de bien vouloir solliciter le directeur général de l’Agence régionale de santé pour procéder à cette désignation.</w:t>
      </w:r>
    </w:p>
    <w:p>
      <w:r>
        <w:rPr>
          <w:b w:val="0"/>
        </w:rPr>
        <w:t>Vous trouverez ci-joint la copie de la notification contestée ainsi que les certificats médicaux et pièces justifiant mon état de santé. Je me tiens à votre disposition pour toute information complémentaire et vous remercie de bien vouloir me communiquer le rapport médical du médecin-conseil afin que je puisse vous adresser mes observations dans le délai de vingt jours.</w:t>
      </w:r>
    </w:p>
    <w:p>
      <w:r>
        <w:rPr>
          <w:b w:val="0"/>
        </w:rPr>
        <w:t>Je vous prie d’agréer, Madame, Monsieur, l’expression de ma considération distinguée.</w:t>
      </w:r>
    </w:p>
    <w:p/>
    <w:p>
      <w:pPr>
        <w:jc w:val="right"/>
      </w:pPr>
      <w:r>
        <w:rPr>
          <w:b w:val="0"/>
          <w:color w:val="2446A6"/>
        </w:rPr>
        <w:t>[Prénom Nom]</w:t>
      </w:r>
    </w:p>
    <w:p/>
    <w:p>
      <w:r>
        <w:rPr>
          <w:b w:val="0"/>
        </w:rPr>
        <w:t xml:space="preserve">Pièces jointes : copie de la notification de la décision contestée, certificats médicaux, </w:t>
      </w:r>
      <w:r>
        <w:rPr>
          <w:b w:val="0"/>
          <w:color w:val="2446A6"/>
        </w:rPr>
        <w:t>[autres justificatifs]</w:t>
      </w:r>
    </w:p>
    <w:sectPr w:rsidR="00FC693F" w:rsidRPr="0006063C" w:rsidSect="00034616">
      <w:pgSz w:w="11906" w:h="16838"/>
      <w:pgMar w:top="1134" w:right="1304" w:bottom="1134" w:left="130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76" w:lineRule="auto"/>
    </w:pPr>
    <w:rPr>
      <w:rFonts w:ascii="Georgia" w:hAnsi="Georgia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Contestation d'une décision du médecin conseil de la CPAM</dc:title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