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[Thomas Mercier]</w:t>
      </w:r>
    </w:p>
    <w:p>
      <w:pPr>
        <w:spacing w:after="0"/>
      </w:pPr>
      <w:r>
        <w:rPr>
          <w:b w:val="0"/>
          <w:color w:val="2446A6"/>
        </w:rPr>
        <w:t>[15 rue de la Paix]</w:t>
      </w:r>
    </w:p>
    <w:p>
      <w:pPr>
        <w:spacing w:after="0"/>
      </w:pPr>
      <w:r>
        <w:rPr>
          <w:b w:val="0"/>
          <w:color w:val="2446A6"/>
        </w:rPr>
        <w:t>[69002 Lyon]</w:t>
      </w:r>
    </w:p>
    <w:p>
      <w:pPr>
        <w:spacing w:after="0"/>
      </w:pPr>
      <w:r>
        <w:rPr>
          <w:b w:val="0"/>
          <w:color w:val="2446A6"/>
        </w:rPr>
        <w:t>[thomas.mercier@email.fr]</w:t>
      </w:r>
    </w:p>
    <w:p/>
    <w:p>
      <w:pPr>
        <w:spacing w:after="0"/>
        <w:jc w:val="right"/>
      </w:pPr>
      <w:r>
        <w:rPr>
          <w:b w:val="0"/>
        </w:rPr>
        <w:t>Service du personnel</w:t>
      </w:r>
    </w:p>
    <w:p>
      <w:pPr>
        <w:spacing w:after="0"/>
        <w:jc w:val="right"/>
      </w:pPr>
      <w:r>
        <w:rPr>
          <w:b w:val="0"/>
        </w:rPr>
        <w:t>Société BâtiRénov</w:t>
      </w:r>
    </w:p>
    <w:p>
      <w:pPr>
        <w:spacing w:after="0"/>
        <w:jc w:val="right"/>
      </w:pPr>
      <w:r>
        <w:rPr>
          <w:b w:val="0"/>
        </w:rPr>
        <w:t>18 avenue Jean Jaurès</w:t>
      </w:r>
    </w:p>
    <w:p>
      <w:pPr>
        <w:spacing w:after="0"/>
        <w:jc w:val="right"/>
      </w:pPr>
      <w:r>
        <w:rPr>
          <w:b w:val="0"/>
        </w:rPr>
        <w:t>69007 Lyon</w:t>
      </w:r>
    </w:p>
    <w:p/>
    <w:p>
      <w:pPr>
        <w:jc w:val="right"/>
      </w:pPr>
      <w:r>
        <w:rPr>
          <w:b w:val="0"/>
        </w:rPr>
        <w:t xml:space="preserve">À </w:t>
      </w:r>
      <w:r>
        <w:rPr>
          <w:b w:val="0"/>
          <w:color w:val="2446A6"/>
        </w:rPr>
        <w:t>[Lyon]</w:t>
      </w:r>
      <w:r>
        <w:rPr>
          <w:b w:val="0"/>
        </w:rPr>
        <w:t xml:space="preserve">, le </w:t>
      </w:r>
      <w:r>
        <w:rPr>
          <w:b w:val="0"/>
          <w:color w:val="2446A6"/>
        </w:rPr>
        <w:t>[24 septembre 2026]</w:t>
      </w:r>
    </w:p>
    <w:p>
      <w:pPr>
        <w:spacing w:after="0"/>
      </w:pPr>
      <w:r>
        <w:rPr>
          <w:b/>
        </w:rPr>
        <w:t>Lettre recommandée avec accusé de réception</w:t>
      </w:r>
    </w:p>
    <w:p>
      <w:r>
        <w:rPr>
          <w:b/>
        </w:rPr>
        <w:t>Objet : Contestation de mon licenciement pour motif personnel</w:t>
      </w:r>
    </w:p>
    <w:p/>
    <w:p>
      <w:r>
        <w:rPr>
          <w:b w:val="0"/>
        </w:rPr>
        <w:t>Madame, Monsieur,</w:t>
      </w:r>
    </w:p>
    <w:p>
      <w:r>
        <w:rPr>
          <w:b w:val="0"/>
        </w:rPr>
        <w:t xml:space="preserve">Par courrier recommandé en date du </w:t>
      </w:r>
      <w:r>
        <w:rPr>
          <w:b w:val="0"/>
          <w:color w:val="2446A6"/>
        </w:rPr>
        <w:t>[8 mars 2026]</w:t>
      </w:r>
      <w:r>
        <w:rPr>
          <w:b w:val="0"/>
        </w:rPr>
        <w:t xml:space="preserve">, vous m’avez notifié mon licenciement pour </w:t>
      </w:r>
      <w:r>
        <w:rPr>
          <w:b w:val="0"/>
          <w:color w:val="2446A6"/>
        </w:rPr>
        <w:t>[insuffisance professionnelle]</w:t>
      </w:r>
      <w:r>
        <w:rPr>
          <w:b w:val="0"/>
        </w:rPr>
        <w:t xml:space="preserve">. Ce motif ne correspond en rien à la réalité de mes missions ni aux évaluations dont j’ai fait l’objet au cours de mes </w:t>
      </w:r>
      <w:r>
        <w:rPr>
          <w:b w:val="0"/>
          <w:color w:val="2446A6"/>
        </w:rPr>
        <w:t>[trois]</w:t>
      </w:r>
      <w:r>
        <w:rPr>
          <w:b w:val="0"/>
        </w:rPr>
        <w:t xml:space="preserve"> années dans l’entreprise.</w:t>
      </w:r>
    </w:p>
    <w:p>
      <w:r>
        <w:rPr>
          <w:b w:val="0"/>
        </w:rPr>
        <w:t xml:space="preserve">Votre lettre ne fait état d’aucun fait précis et vérifiable, ce qui prive ce licenciement de cause réelle et sérieuse. Les objectifs qui m’avaient été fixés lors de l’entretien annuel du </w:t>
      </w:r>
      <w:r>
        <w:rPr>
          <w:b w:val="0"/>
          <w:color w:val="2446A6"/>
        </w:rPr>
        <w:t>[15 janvier 2026]</w:t>
      </w:r>
      <w:r>
        <w:rPr>
          <w:b w:val="0"/>
        </w:rPr>
        <w:t xml:space="preserve"> ont tous été atteints, comme en témoignent les comptes rendus de suivi que je tiens à votre disposition. Aucun avertissement ni remarque défavorable ne m’a d’ailleurs été adressé avant cette procédure.</w:t>
      </w:r>
    </w:p>
    <w:p>
      <w:r>
        <w:rPr>
          <w:b w:val="0"/>
        </w:rPr>
        <w:t xml:space="preserve">Je conteste donc formellement la rupture de mon contrat de travail et vous informe que je vais saisir le conseil de prud’hommes de Lyon afin d’obtenir des dommages et intérêts pour licenciement sans cause réelle et sérieuse, conformément à l’article L.1235-1 du Code du travail. Je vous rappelle que le délai pour agir expire le </w:t>
      </w:r>
      <w:r>
        <w:rPr>
          <w:b w:val="0"/>
          <w:color w:val="2446A6"/>
        </w:rPr>
        <w:t>[8 mars 2027]</w:t>
      </w:r>
      <w:r>
        <w:rPr>
          <w:b w:val="0"/>
        </w:rPr>
        <w:t>.</w:t>
      </w:r>
    </w:p>
    <w:p>
      <w:r>
        <w:rPr>
          <w:b w:val="0"/>
        </w:rPr>
        <w:t>Dans l’attente, je vous demande de bien vouloir me transmettre une copie de mon dossier professionnel complet, incluant les fiches de poste, les entretiens annuels et les courriels relatifs à mon évaluation.</w:t>
      </w:r>
    </w:p>
    <w:p>
      <w:r>
        <w:rPr>
          <w:b w:val="0"/>
        </w:rPr>
        <w:t>Dans l’attente de votre retour, je vous prie d’agréer, Madame, Monsieur, l’expression de mes salutations distinguées.</w:t>
      </w:r>
    </w:p>
    <w:p/>
    <w:p>
      <w:pPr>
        <w:jc w:val="right"/>
      </w:pPr>
      <w:r>
        <w:rPr>
          <w:b w:val="0"/>
          <w:color w:val="2446A6"/>
        </w:rPr>
        <w:t>[Thomas Mercier]</w:t>
      </w:r>
    </w:p>
    <w:p/>
    <w:p>
      <w:r>
        <w:rPr>
          <w:b w:val="0"/>
        </w:rPr>
        <w:t xml:space="preserve">Pièce jointe : Copie de la lettre de licenciement du </w:t>
      </w:r>
      <w:r>
        <w:rPr>
          <w:b w:val="0"/>
          <w:color w:val="2446A6"/>
        </w:rPr>
        <w:t>[8 mars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Contestation d'un licenciement</dc:title>
  <dc:subject/>
  <dc:creator/>
  <cp:keywords/>
  <dc:description/>
  <cp:lastModifiedBy/>
  <cp:revision>1</cp:revision>
  <dcterms:created xsi:type="dcterms:W3CDTF">2013-12-23T23:15:00Z</dcterms:created>
  <dcterms:modified xsi:type="dcterms:W3CDTF">2013-12-23T23:15:00Z</dcterms:modified>
  <cp:category/>
</cp:coreProperties>
</file>