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Peupliers, 44000 Nantes]</w:t>
      </w:r>
    </w:p>
    <w:p>
      <w:pPr>
        <w:spacing w:after="0"/>
      </w:pPr>
      <w:r>
        <w:rPr>
          <w:b w:val="0"/>
          <w:color w:val="2446A6"/>
        </w:rPr>
        <w:t>[06 12 34 56 78 — prenom.nom@email.fr]</w:t>
      </w:r>
    </w:p>
    <w:p/>
    <w:p>
      <w:pPr>
        <w:spacing w:after="0"/>
        <w:jc w:val="right"/>
      </w:pPr>
      <w:r>
        <w:rPr>
          <w:b w:val="0"/>
          <w:color w:val="2446A6"/>
        </w:rPr>
        <w:t>[Banque Régionale de l'Ouest]</w:t>
      </w:r>
    </w:p>
    <w:p>
      <w:pPr>
        <w:spacing w:after="0"/>
        <w:jc w:val="right"/>
      </w:pPr>
      <w:r>
        <w:rPr>
          <w:b w:val="0"/>
        </w:rPr>
        <w:t>Service réclamations clients</w:t>
      </w:r>
    </w:p>
    <w:p>
      <w:pPr>
        <w:spacing w:after="0"/>
        <w:jc w:val="right"/>
      </w:pPr>
      <w:r>
        <w:rPr>
          <w:b w:val="0"/>
          <w:color w:val="2446A6"/>
        </w:rPr>
        <w:t>[18 place du Commerce, 44000 Nantes]</w:t>
      </w:r>
    </w:p>
    <w:p/>
    <w:p>
      <w:pPr>
        <w:jc w:val="right"/>
      </w:pPr>
      <w:r>
        <w:rPr>
          <w:b w:val="0"/>
        </w:rPr>
        <w:t xml:space="preserve">À </w:t>
      </w:r>
      <w:r>
        <w:rPr>
          <w:b w:val="0"/>
          <w:color w:val="2446A6"/>
        </w:rPr>
        <w:t>[Nantes]</w:t>
      </w:r>
      <w:r>
        <w:rPr>
          <w:b w:val="0"/>
        </w:rPr>
        <w:t xml:space="preserve">, le </w:t>
      </w:r>
      <w:r>
        <w:rPr>
          <w:b w:val="0"/>
          <w:color w:val="2446A6"/>
        </w:rPr>
        <w:t>[24 septembre 2026]</w:t>
      </w:r>
    </w:p>
    <w:p>
      <w:pPr>
        <w:spacing w:after="0"/>
      </w:pPr>
      <w:r>
        <w:rPr>
          <w:b/>
        </w:rPr>
        <w:t>Lettre recommandée avec accusé de réception</w:t>
      </w:r>
    </w:p>
    <w:p>
      <w:r>
        <w:rPr>
          <w:b/>
        </w:rPr>
        <w:t xml:space="preserve">Objet : contestation d'une opération bancaire frauduleuse — compte n° </w:t>
      </w:r>
      <w:r>
        <w:rPr>
          <w:b/>
          <w:color w:val="2446A6"/>
        </w:rPr>
        <w:t>[12345678901]</w:t>
      </w:r>
    </w:p>
    <w:p/>
    <w:p>
      <w:r>
        <w:rPr>
          <w:b w:val="0"/>
        </w:rPr>
        <w:t>Madame, Monsieur,</w:t>
      </w:r>
    </w:p>
    <w:p>
      <w:r>
        <w:rPr>
          <w:b w:val="0"/>
        </w:rPr>
        <w:t xml:space="preserve">Je conteste le débit de </w:t>
      </w:r>
      <w:r>
        <w:rPr>
          <w:b w:val="0"/>
          <w:color w:val="2446A6"/>
        </w:rPr>
        <w:t>[487,00 €]</w:t>
      </w:r>
      <w:r>
        <w:rPr>
          <w:b w:val="0"/>
        </w:rPr>
        <w:t xml:space="preserve"> porté le </w:t>
      </w:r>
      <w:r>
        <w:rPr>
          <w:b w:val="0"/>
          <w:color w:val="2446A6"/>
        </w:rPr>
        <w:t>[12 septembre 2026]</w:t>
      </w:r>
      <w:r>
        <w:rPr>
          <w:b w:val="0"/>
        </w:rPr>
        <w:t xml:space="preserve"> sur mon compte n° </w:t>
      </w:r>
      <w:r>
        <w:rPr>
          <w:b w:val="0"/>
          <w:color w:val="2446A6"/>
        </w:rPr>
        <w:t>[12345678901]</w:t>
      </w:r>
      <w:r>
        <w:rPr>
          <w:b w:val="0"/>
        </w:rPr>
        <w:t xml:space="preserve"> au profit de </w:t>
      </w:r>
      <w:r>
        <w:rPr>
          <w:b w:val="0"/>
          <w:color w:val="2446A6"/>
        </w:rPr>
        <w:t>[SITE-ACHAT-EN-LIGNE]</w:t>
      </w:r>
      <w:r>
        <w:rPr>
          <w:b w:val="0"/>
        </w:rPr>
        <w:t>, que je n'ai jamais autorisé. Ma carte n'a pas quitté mon domicile ce jour-là et je n'ai validé aucune authentification forte pour cette opération.</w:t>
      </w:r>
    </w:p>
    <w:p>
      <w:r>
        <w:rPr>
          <w:b w:val="0"/>
        </w:rPr>
        <w:t xml:space="preserve">Conformément à l'article L. 133-18 du code monétaire et financier, vous devez me rembourser cette somme au plus tard le premier jour ouvrable suivant la réception de la présente réclamation, et ce sans me facturer de frais. Je vous demande également de recréditer les </w:t>
      </w:r>
      <w:r>
        <w:rPr>
          <w:b w:val="0"/>
          <w:color w:val="2446A6"/>
        </w:rPr>
        <w:t>[12,50 €]</w:t>
      </w:r>
      <w:r>
        <w:rPr>
          <w:b w:val="0"/>
        </w:rPr>
        <w:t xml:space="preserve"> d'agios générés par ce débit non autorisé.</w:t>
      </w:r>
    </w:p>
    <w:p>
      <w:r>
        <w:rPr>
          <w:b w:val="0"/>
        </w:rPr>
        <w:t xml:space="preserve">J'ai déposé plainte le </w:t>
      </w:r>
      <w:r>
        <w:rPr>
          <w:b w:val="0"/>
          <w:color w:val="2446A6"/>
        </w:rPr>
        <w:t>[15 septembre 2026]</w:t>
      </w:r>
      <w:r>
        <w:rPr>
          <w:b w:val="0"/>
        </w:rPr>
        <w:t xml:space="preserve"> au commissariat de </w:t>
      </w:r>
      <w:r>
        <w:rPr>
          <w:b w:val="0"/>
          <w:color w:val="2446A6"/>
        </w:rPr>
        <w:t>[Nantes]</w:t>
      </w:r>
      <w:r>
        <w:rPr>
          <w:b w:val="0"/>
        </w:rPr>
        <w:t xml:space="preserve">, sous le numéro </w:t>
      </w:r>
      <w:r>
        <w:rPr>
          <w:b w:val="0"/>
          <w:color w:val="2446A6"/>
        </w:rPr>
        <w:t>[2026-04512]</w:t>
      </w:r>
      <w:r>
        <w:rPr>
          <w:b w:val="0"/>
        </w:rPr>
        <w:t>. Le récépissé figure en pièce jointe, avec le relevé du compte et la capture d'écran de l'opération litigieuse.</w:t>
      </w:r>
    </w:p>
    <w:p>
      <w:r>
        <w:rPr>
          <w:b w:val="0"/>
        </w:rPr>
        <w:t>Je vous demande de bloquer immédiatement les moyens de paiement rattachés à ce compte et de m'adresser une nouvelle carte. Je souhaite également connaître la date de mise en opposition enregistrée dans vos systèmes, afin de vérifier qu'aucune autre opération n'a été passée après celle-ci.</w:t>
      </w:r>
    </w:p>
    <w:p>
      <w:r>
        <w:rPr>
          <w:b w:val="0"/>
        </w:rPr>
        <w:t>À défaut de remboursement dans le délai légal, je saisirai le médiateur de votre établissement et signalerai le dossier à la Banque de France. Je vous prie de me confirmer par écrit la prise en charge de ma contestation sous huit jours.</w:t>
      </w:r>
    </w:p>
    <w:p>
      <w:r>
        <w:rPr>
          <w:b w:val="0"/>
        </w:rPr>
        <w:t>Je vous prie d'agréer, Madame, Monsieur, l'expression de mes salutations distinguées.</w:t>
      </w:r>
    </w:p>
    <w:p/>
    <w:p>
      <w:pPr>
        <w:jc w:val="right"/>
      </w:pPr>
      <w:r>
        <w:rPr>
          <w:b w:val="0"/>
          <w:color w:val="2446A6"/>
        </w:rPr>
        <w:t>[Prénom Nom]</w:t>
      </w:r>
    </w:p>
    <w:p/>
    <w:p>
      <w:r>
        <w:rPr>
          <w:b w:val="0"/>
        </w:rPr>
        <w:t xml:space="preserve">Pièce jointe : relevé de compte du </w:t>
      </w:r>
      <w:r>
        <w:rPr>
          <w:b w:val="0"/>
          <w:color w:val="2446A6"/>
        </w:rPr>
        <w:t>[12 septembre 2026]</w:t>
      </w:r>
      <w:r>
        <w:rPr>
          <w:b w:val="0"/>
        </w:rPr>
        <w:t xml:space="preserve">, capture de l'opération, récépissé de dépôt de plainte n° </w:t>
      </w:r>
      <w:r>
        <w:rPr>
          <w:b w:val="0"/>
          <w:color w:val="2446A6"/>
        </w:rPr>
        <w:t>[2026-04512]</w:t>
      </w:r>
      <w:r>
        <w:rPr>
          <w:b w:val="0"/>
        </w:rPr>
        <w:t>, copie de la carte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opération bancaire frauduleuse</dc:title>
  <dc:subject/>
  <dc:creator/>
  <cp:keywords/>
  <dc:description/>
  <cp:lastModifiedBy/>
  <cp:revision>1</cp:revision>
  <dcterms:created xsi:type="dcterms:W3CDTF">2013-12-23T23:15:00Z</dcterms:created>
  <dcterms:modified xsi:type="dcterms:W3CDTF">2013-12-23T23:15:00Z</dcterms:modified>
  <cp:category/>
</cp:coreProperties>
</file>