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Acacias, 69003 Lyon]</w:t>
      </w:r>
    </w:p>
    <w:p>
      <w:pPr>
        <w:spacing w:after="0"/>
      </w:pPr>
      <w:r>
        <w:rPr>
          <w:b w:val="0"/>
          <w:color w:val="2446A6"/>
        </w:rPr>
        <w:t>[06 12 34 56 78 — prenom.nom@email.fr]</w:t>
      </w:r>
    </w:p>
    <w:p/>
    <w:p>
      <w:pPr>
        <w:spacing w:after="0"/>
        <w:jc w:val="right"/>
      </w:pPr>
      <w:r>
        <w:rPr>
          <w:b w:val="0"/>
          <w:color w:val="2446A6"/>
        </w:rPr>
        <w:t>[Raison sociale de l'employeur]</w:t>
      </w:r>
    </w:p>
    <w:p>
      <w:pPr>
        <w:spacing w:after="0"/>
        <w:jc w:val="right"/>
      </w:pPr>
      <w:r>
        <w:rPr>
          <w:b w:val="0"/>
        </w:rPr>
        <w:t xml:space="preserve">À l'attention de </w:t>
      </w:r>
      <w:r>
        <w:rPr>
          <w:b w:val="0"/>
          <w:color w:val="2446A6"/>
        </w:rPr>
        <w:t>[Madame la Directrice des ressources humaines]</w:t>
      </w:r>
    </w:p>
    <w:p>
      <w:pPr>
        <w:spacing w:after="0"/>
        <w:jc w:val="right"/>
      </w:pPr>
      <w:r>
        <w:rPr>
          <w:b w:val="0"/>
          <w:color w:val="2446A6"/>
        </w:rPr>
        <w:t>[45 avenue de la République, 69002 Lyon]</w:t>
      </w:r>
    </w:p>
    <w:p/>
    <w:p>
      <w:pPr>
        <w:jc w:val="right"/>
      </w:pPr>
      <w:r>
        <w:rPr>
          <w:b w:val="0"/>
        </w:rPr>
        <w:t xml:space="preserve">À </w:t>
      </w:r>
      <w:r>
        <w:rPr>
          <w:b w:val="0"/>
          <w:color w:val="2446A6"/>
        </w:rPr>
        <w:t>[Lyon]</w:t>
      </w:r>
      <w:r>
        <w:rPr>
          <w:b w:val="0"/>
        </w:rPr>
        <w:t xml:space="preserve">, le </w:t>
      </w:r>
      <w:r>
        <w:rPr>
          <w:b w:val="0"/>
          <w:color w:val="2446A6"/>
        </w:rPr>
        <w:t>[24 septembre 2026]</w:t>
      </w:r>
    </w:p>
    <w:p>
      <w:pPr>
        <w:spacing w:after="0"/>
      </w:pPr>
      <w:r>
        <w:rPr>
          <w:b/>
        </w:rPr>
        <w:t>Lettre recommandée avec accusé de réception</w:t>
      </w:r>
    </w:p>
    <w:p>
      <w:r>
        <w:rPr>
          <w:b/>
        </w:rPr>
        <w:t xml:space="preserve">Objet : contestation de la mise à pied disciplinaire de trois jours notifiée le </w:t>
      </w:r>
      <w:r>
        <w:rPr>
          <w:b/>
          <w:color w:val="2446A6"/>
        </w:rPr>
        <w:t>[12 septembre 2026]</w:t>
      </w:r>
    </w:p>
    <w:p/>
    <w:p>
      <w:r>
        <w:rPr>
          <w:b w:val="0"/>
        </w:rPr>
        <w:t>Madame, Monsieur,</w:t>
      </w:r>
    </w:p>
    <w:p>
      <w:r>
        <w:rPr>
          <w:b w:val="0"/>
        </w:rPr>
        <w:t xml:space="preserve">Par courrier remis en main propre contre décharge le </w:t>
      </w:r>
      <w:r>
        <w:rPr>
          <w:b w:val="0"/>
          <w:color w:val="2446A6"/>
        </w:rPr>
        <w:t>[12 septembre 2026]</w:t>
      </w:r>
      <w:r>
        <w:rPr>
          <w:b w:val="0"/>
        </w:rPr>
        <w:t xml:space="preserve">, vous m'avez notifié une mise à pied disciplinaire de trois jours, exécutoire du </w:t>
      </w:r>
      <w:r>
        <w:rPr>
          <w:b w:val="0"/>
          <w:color w:val="2446A6"/>
        </w:rPr>
        <w:t>[18]</w:t>
      </w:r>
      <w:r>
        <w:rPr>
          <w:b w:val="0"/>
        </w:rPr>
        <w:t xml:space="preserve"> au </w:t>
      </w:r>
      <w:r>
        <w:rPr>
          <w:b w:val="0"/>
          <w:color w:val="2446A6"/>
        </w:rPr>
        <w:t>[20 septembre 2026]</w:t>
      </w:r>
      <w:r>
        <w:rPr>
          <w:b w:val="0"/>
        </w:rPr>
        <w:t xml:space="preserve">, au motif d'un manquement aux consignes de sécurité lors de la préparation de commandes du </w:t>
      </w:r>
      <w:r>
        <w:rPr>
          <w:b w:val="0"/>
          <w:color w:val="2446A6"/>
        </w:rPr>
        <w:t>[5 septembre 2026]</w:t>
      </w:r>
      <w:r>
        <w:rPr>
          <w:b w:val="0"/>
        </w:rPr>
        <w:t>.</w:t>
      </w:r>
    </w:p>
    <w:p>
      <w:r>
        <w:rPr>
          <w:b w:val="0"/>
        </w:rPr>
        <w:t xml:space="preserve">Je conteste cette sanction, qui ne repose sur aucun fait fautif qui me soit imputable. Le </w:t>
      </w:r>
      <w:r>
        <w:rPr>
          <w:b w:val="0"/>
          <w:color w:val="2446A6"/>
        </w:rPr>
        <w:t>[5 septembre 2026]</w:t>
      </w:r>
      <w:r>
        <w:rPr>
          <w:b w:val="0"/>
        </w:rPr>
        <w:t xml:space="preserve">, le transpalette électrique n° </w:t>
      </w:r>
      <w:r>
        <w:rPr>
          <w:b w:val="0"/>
          <w:color w:val="2446A6"/>
        </w:rPr>
        <w:t>[TP-04]</w:t>
      </w:r>
      <w:r>
        <w:rPr>
          <w:b w:val="0"/>
        </w:rPr>
        <w:t xml:space="preserve"> était hors service depuis le </w:t>
      </w:r>
      <w:r>
        <w:rPr>
          <w:b w:val="0"/>
          <w:color w:val="2446A6"/>
        </w:rPr>
        <w:t>[2 septembre 2026]</w:t>
      </w:r>
      <w:r>
        <w:rPr>
          <w:b w:val="0"/>
        </w:rPr>
        <w:t xml:space="preserve">, comme l'atteste le registre de maintenance tenu par </w:t>
      </w:r>
      <w:r>
        <w:rPr>
          <w:b w:val="0"/>
          <w:color w:val="2446A6"/>
        </w:rPr>
        <w:t>[Monsieur Bertrand]</w:t>
      </w:r>
      <w:r>
        <w:rPr>
          <w:b w:val="0"/>
        </w:rPr>
        <w:t>, chef d'équipe. J'ai signalé la panne par écrit le jour même et préparé les palettes manuellement, conformément à la consigne orale reçue.</w:t>
      </w:r>
    </w:p>
    <w:p>
      <w:r>
        <w:rPr>
          <w:b w:val="0"/>
        </w:rPr>
        <w:t>Aucun entretien préalable n'a eu lieu avant la notification, alors que l'article L. 1332-2 du Code du travail l'impose dès que la sanction envisagée peut avoir une incidence immédiate sur la présence dans l'entreprise, la fonction, la carrière ou la rémunération. Je n'ai donc pas pu présenter mes explications ni être assisté par un salarié de l'entreprise.</w:t>
      </w:r>
    </w:p>
    <w:p>
      <w:r>
        <w:rPr>
          <w:b w:val="0"/>
        </w:rPr>
        <w:t xml:space="preserve">Je vous demande en conséquence de retirer cette sanction de mon dossier et de me verser le salaire correspondant aux trois jours retenus, soit </w:t>
      </w:r>
      <w:r>
        <w:rPr>
          <w:b w:val="0"/>
          <w:color w:val="2446A6"/>
        </w:rPr>
        <w:t>[312,45 euros]</w:t>
      </w:r>
      <w:r>
        <w:rPr>
          <w:b w:val="0"/>
        </w:rPr>
        <w:t xml:space="preserve"> brut, sur la paie de </w:t>
      </w:r>
      <w:r>
        <w:rPr>
          <w:b w:val="0"/>
          <w:color w:val="2446A6"/>
        </w:rPr>
        <w:t>[septembre 2026]</w:t>
      </w:r>
      <w:r>
        <w:rPr>
          <w:b w:val="0"/>
        </w:rPr>
        <w:t xml:space="preserve">. À défaut de réponse sous huit jours, je saisirai le conseil de prud'hommes de </w:t>
      </w:r>
      <w:r>
        <w:rPr>
          <w:b w:val="0"/>
          <w:color w:val="2446A6"/>
        </w:rPr>
        <w:t>[Lyon]</w:t>
      </w:r>
      <w:r>
        <w:rPr>
          <w:b w:val="0"/>
        </w:rPr>
        <w:t xml:space="preserve"> dans le délai de deux mois prévu à l'article L. 1471-1 du Code du travail.</w:t>
      </w:r>
    </w:p>
    <w:p>
      <w:r>
        <w:rPr>
          <w:b w:val="0"/>
        </w:rPr>
        <w:t>Je reste à votre disposition pour un entretien et vous prie d'agréer, Madame, Monsieur, l'expression de mes salutations distinguées.</w:t>
      </w:r>
    </w:p>
    <w:p>
      <w:r>
        <w:rPr>
          <w:b w:val="0"/>
        </w:rPr>
        <w:t>Je vous prie d'agréer, Madame, Monsieur, l'expression de mes salutations distinguées.</w:t>
      </w:r>
    </w:p>
    <w:p/>
    <w:p>
      <w:pPr>
        <w:jc w:val="right"/>
      </w:pPr>
      <w:r>
        <w:rPr>
          <w:b w:val="0"/>
          <w:color w:val="2446A6"/>
        </w:rPr>
        <w:t>[Prénom Nom]</w:t>
      </w:r>
    </w:p>
    <w:p/>
    <w:p>
      <w:r>
        <w:rPr>
          <w:b w:val="0"/>
        </w:rPr>
        <w:t xml:space="preserve">Pièces jointes : copie de la lettre de sanction, copie du contrat de travail, extrait du registre de maintenance du </w:t>
      </w:r>
      <w:r>
        <w:rPr>
          <w:b w:val="0"/>
          <w:color w:val="2446A6"/>
        </w:rPr>
        <w:t>[2 au 5 septembre 2026]</w:t>
      </w:r>
      <w:r>
        <w:rPr>
          <w:b w:val="0"/>
        </w:rPr>
        <w:t xml:space="preserve">, attestation de </w:t>
      </w:r>
      <w:r>
        <w:rPr>
          <w:b w:val="0"/>
          <w:color w:val="2446A6"/>
        </w:rPr>
        <w:t>[Monsieur Bertrand]</w:t>
      </w:r>
      <w:r>
        <w:rPr>
          <w:b w:val="0"/>
        </w:rPr>
        <w:t xml:space="preserve">, copie de mon signalement écrit du </w:t>
      </w:r>
      <w:r>
        <w:rPr>
          <w:b w:val="0"/>
          <w:color w:val="2446A6"/>
        </w:rPr>
        <w:t>[5 septembre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Contestation d'une sanction disciplinaire au travail</dc:title>
  <dc:subject/>
  <dc:creator/>
  <cp:keywords/>
  <dc:description/>
  <cp:lastModifiedBy/>
  <cp:revision>1</cp:revision>
  <dcterms:created xsi:type="dcterms:W3CDTF">2013-12-23T23:15:00Z</dcterms:created>
  <dcterms:modified xsi:type="dcterms:W3CDTF">2013-12-23T23:15:00Z</dcterms:modified>
  <cp:category/>
</cp:coreProperties>
</file>