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>
      <w:pPr>
        <w:spacing w:after="0"/>
      </w:pPr>
      <w:r>
        <w:rPr>
          <w:b w:val="0"/>
          <w:color w:val="2446A6"/>
        </w:rPr>
        <w:t>[LinkedIn URL]</w:t>
      </w:r>
    </w:p>
    <w:p/>
    <w:p>
      <w:pPr>
        <w:spacing w:after="0"/>
        <w:jc w:val="right"/>
      </w:pPr>
      <w:r>
        <w:rPr>
          <w:b w:val="0"/>
        </w:rPr>
        <w:t>To the Hiring Manager</w:t>
      </w:r>
    </w:p>
    <w:p/>
    <w:p>
      <w:r>
        <w:rPr>
          <w:b/>
        </w:rPr>
        <w:t xml:space="preserve">Application for </w:t>
      </w:r>
      <w:r>
        <w:rPr>
          <w:b/>
          <w:color w:val="2446A6"/>
        </w:rPr>
        <w:t>[Job Title]</w:t>
      </w:r>
    </w:p>
    <w:p/>
    <w:p>
      <w:r>
        <w:rPr>
          <w:b w:val="0"/>
        </w:rPr>
        <w:t>Dear Hiring Manager,</w:t>
      </w:r>
    </w:p>
    <w:p>
      <w:r>
        <w:rPr>
          <w:b w:val="0"/>
        </w:rPr>
        <w:t>Professional Summary</w:t>
        <w:br/>
        <w:t xml:space="preserve">A results-driven </w:t>
      </w:r>
      <w:r>
        <w:rPr>
          <w:b w:val="0"/>
          <w:color w:val="2446A6"/>
        </w:rPr>
        <w:t>[Job Title]</w:t>
      </w:r>
      <w:r>
        <w:rPr>
          <w:b w:val="0"/>
        </w:rPr>
        <w:t xml:space="preserve"> with </w:t>
      </w:r>
      <w:r>
        <w:rPr>
          <w:b w:val="0"/>
          <w:color w:val="2446A6"/>
        </w:rPr>
        <w:t>[X years]</w:t>
      </w:r>
      <w:r>
        <w:rPr>
          <w:b w:val="0"/>
        </w:rPr>
        <w:t xml:space="preserve"> of experience in </w:t>
      </w:r>
      <w:r>
        <w:rPr>
          <w:b w:val="0"/>
          <w:color w:val="2446A6"/>
        </w:rPr>
        <w:t>[sector]</w:t>
      </w:r>
      <w:r>
        <w:rPr>
          <w:b w:val="0"/>
        </w:rPr>
        <w:t xml:space="preserve">, skilled in </w:t>
      </w:r>
      <w:r>
        <w:rPr>
          <w:b w:val="0"/>
          <w:color w:val="2446A6"/>
        </w:rPr>
        <w:t>[key skill 1]</w:t>
      </w:r>
      <w:r>
        <w:rPr>
          <w:b w:val="0"/>
        </w:rPr>
        <w:t xml:space="preserve"> and </w:t>
      </w:r>
      <w:r>
        <w:rPr>
          <w:b w:val="0"/>
          <w:color w:val="2446A6"/>
        </w:rPr>
        <w:t>[key skill 2]</w:t>
      </w:r>
      <w:r>
        <w:rPr>
          <w:b w:val="0"/>
        </w:rPr>
        <w:t xml:space="preserve">. Proven track record of delivering </w:t>
      </w:r>
      <w:r>
        <w:rPr>
          <w:b w:val="0"/>
          <w:color w:val="2446A6"/>
        </w:rPr>
        <w:t>[quantified achievement, e.g., 20% revenue growth]</w:t>
      </w:r>
      <w:r>
        <w:rPr>
          <w:b w:val="0"/>
        </w:rPr>
        <w:t xml:space="preserve"> by </w:t>
      </w:r>
      <w:r>
        <w:rPr>
          <w:b w:val="0"/>
          <w:color w:val="2446A6"/>
        </w:rPr>
        <w:t>[action, e.g., streamlining operations]</w:t>
      </w:r>
      <w:r>
        <w:rPr>
          <w:b w:val="0"/>
        </w:rPr>
        <w:t xml:space="preserve">. Eager to leverage expertise in </w:t>
      </w:r>
      <w:r>
        <w:rPr>
          <w:b w:val="0"/>
          <w:color w:val="2446A6"/>
        </w:rPr>
        <w:t>[specific area]</w:t>
      </w:r>
      <w:r>
        <w:rPr>
          <w:b w:val="0"/>
        </w:rPr>
        <w:t xml:space="preserve"> to drive success at </w:t>
      </w:r>
      <w:r>
        <w:rPr>
          <w:b w:val="0"/>
          <w:color w:val="2446A6"/>
        </w:rPr>
        <w:t>[Company Name]</w:t>
      </w:r>
      <w:r>
        <w:rPr>
          <w:b w:val="0"/>
        </w:rPr>
        <w:t>.</w:t>
      </w:r>
    </w:p>
    <w:p>
      <w:r>
        <w:rPr>
          <w:b w:val="0"/>
        </w:rPr>
        <w:t>Key Skills</w:t>
        <w:br/>
        <w:t xml:space="preserve">- </w:t>
      </w:r>
      <w:r>
        <w:rPr>
          <w:b w:val="0"/>
          <w:color w:val="2446A6"/>
        </w:rPr>
        <w:t>[Skill 1]</w:t>
      </w:r>
      <w:r>
        <w:rPr>
          <w:b w:val="0"/>
        </w:rPr>
        <w:t xml:space="preserve">: </w:t>
      </w:r>
      <w:r>
        <w:rPr>
          <w:b w:val="0"/>
          <w:color w:val="2446A6"/>
        </w:rPr>
        <w:t>[brief context, e.g., Advanced data analysis with Python]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[Skill 2]</w:t>
      </w:r>
      <w:r>
        <w:rPr>
          <w:b w:val="0"/>
        </w:rPr>
        <w:t xml:space="preserve">: </w:t>
      </w:r>
      <w:r>
        <w:rPr>
          <w:b w:val="0"/>
          <w:color w:val="2446A6"/>
        </w:rPr>
        <w:t>[e.g., Cross-functional team leadership]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[Skill 3]</w:t>
      </w:r>
      <w:r>
        <w:rPr>
          <w:b w:val="0"/>
        </w:rPr>
        <w:t xml:space="preserve">: </w:t>
      </w:r>
      <w:r>
        <w:rPr>
          <w:b w:val="0"/>
          <w:color w:val="2446A6"/>
        </w:rPr>
        <w:t>[e.g., Budget management up to £500k]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[Skill 4]</w:t>
      </w:r>
      <w:r>
        <w:rPr>
          <w:b w:val="0"/>
        </w:rPr>
        <w:t xml:space="preserve">: </w:t>
      </w:r>
      <w:r>
        <w:rPr>
          <w:b w:val="0"/>
          <w:color w:val="2446A6"/>
        </w:rPr>
        <w:t>[e.g., Fluent in English and French]</w:t>
      </w:r>
    </w:p>
    <w:p>
      <w:r>
        <w:rPr>
          <w:b w:val="0"/>
        </w:rPr>
        <w:t>Professional Experience</w:t>
        <w:br/>
      </w:r>
      <w:r>
        <w:rPr>
          <w:b w:val="0"/>
          <w:color w:val="2446A6"/>
        </w:rPr>
        <w:t>[Job Title 1]</w:t>
      </w:r>
      <w:r>
        <w:rPr>
          <w:b w:val="0"/>
        </w:rPr>
        <w:t xml:space="preserve"> | </w:t>
      </w:r>
      <w:r>
        <w:rPr>
          <w:b w:val="0"/>
          <w:color w:val="2446A6"/>
        </w:rPr>
        <w:t>[Company 1]</w:t>
      </w:r>
      <w:r>
        <w:rPr>
          <w:b w:val="0"/>
        </w:rPr>
        <w:t xml:space="preserve">, </w:t>
      </w:r>
      <w:r>
        <w:rPr>
          <w:b w:val="0"/>
          <w:color w:val="2446A6"/>
        </w:rPr>
        <w:t>[City]</w:t>
      </w:r>
      <w:r>
        <w:rPr>
          <w:b w:val="0"/>
        </w:rPr>
        <w:t xml:space="preserve"> | </w:t>
      </w:r>
      <w:r>
        <w:rPr>
          <w:b w:val="0"/>
          <w:color w:val="2446A6"/>
        </w:rPr>
        <w:t>[Month Year]</w:t>
      </w:r>
      <w:r>
        <w:rPr>
          <w:b w:val="0"/>
        </w:rPr>
        <w:t xml:space="preserve"> – Present</w:t>
        <w:br/>
        <w:t xml:space="preserve">• Spearheaded </w:t>
      </w:r>
      <w:r>
        <w:rPr>
          <w:b w:val="0"/>
          <w:color w:val="2446A6"/>
        </w:rPr>
        <w:t>[project/initiative]</w:t>
      </w:r>
      <w:r>
        <w:rPr>
          <w:b w:val="0"/>
        </w:rPr>
        <w:t xml:space="preserve"> that boosted </w:t>
      </w:r>
      <w:r>
        <w:rPr>
          <w:b w:val="0"/>
          <w:color w:val="2446A6"/>
        </w:rPr>
        <w:t>[metric]</w:t>
      </w:r>
      <w:r>
        <w:rPr>
          <w:b w:val="0"/>
        </w:rPr>
        <w:t xml:space="preserve"> by </w:t>
      </w:r>
      <w:r>
        <w:rPr>
          <w:b w:val="0"/>
          <w:color w:val="2446A6"/>
        </w:rPr>
        <w:t>[X%]</w:t>
      </w:r>
      <w:r>
        <w:rPr>
          <w:b w:val="0"/>
        </w:rPr>
        <w:t xml:space="preserve"> within </w:t>
      </w:r>
      <w:r>
        <w:rPr>
          <w:b w:val="0"/>
          <w:color w:val="2446A6"/>
        </w:rPr>
        <w:t>[timeframe]</w:t>
      </w:r>
      <w:r>
        <w:rPr>
          <w:b w:val="0"/>
        </w:rPr>
        <w:t>.</w:t>
        <w:br/>
        <w:t xml:space="preserve">• Managed a team of </w:t>
      </w:r>
      <w:r>
        <w:rPr>
          <w:b w:val="0"/>
          <w:color w:val="2446A6"/>
        </w:rPr>
        <w:t>[number]</w:t>
      </w:r>
      <w:r>
        <w:rPr>
          <w:b w:val="0"/>
        </w:rPr>
        <w:t xml:space="preserve"> to deliver </w:t>
      </w:r>
      <w:r>
        <w:rPr>
          <w:b w:val="0"/>
          <w:color w:val="2446A6"/>
        </w:rPr>
        <w:t>[outcome]</w:t>
      </w:r>
      <w:r>
        <w:rPr>
          <w:b w:val="0"/>
        </w:rPr>
        <w:t xml:space="preserve"> on time and under budget.</w:t>
        <w:br/>
        <w:t xml:space="preserve">• Implemented </w:t>
      </w:r>
      <w:r>
        <w:rPr>
          <w:b w:val="0"/>
          <w:color w:val="2446A6"/>
        </w:rPr>
        <w:t>[tool/process]</w:t>
      </w:r>
      <w:r>
        <w:rPr>
          <w:b w:val="0"/>
        </w:rPr>
        <w:t xml:space="preserve"> reducing </w:t>
      </w:r>
      <w:r>
        <w:rPr>
          <w:b w:val="0"/>
          <w:color w:val="2446A6"/>
        </w:rPr>
        <w:t>[cost/time]</w:t>
      </w:r>
      <w:r>
        <w:rPr>
          <w:b w:val="0"/>
        </w:rPr>
        <w:t xml:space="preserve"> by </w:t>
      </w:r>
      <w:r>
        <w:rPr>
          <w:b w:val="0"/>
          <w:color w:val="2446A6"/>
        </w:rPr>
        <w:t>[X%]</w:t>
      </w:r>
      <w:r>
        <w:rPr>
          <w:b w:val="0"/>
        </w:rPr>
        <w:t>.</w:t>
        <w:br/>
        <w:br/>
      </w:r>
      <w:r>
        <w:rPr>
          <w:b w:val="0"/>
          <w:color w:val="2446A6"/>
        </w:rPr>
        <w:t>[Job Title 2]</w:t>
      </w:r>
      <w:r>
        <w:rPr>
          <w:b w:val="0"/>
        </w:rPr>
        <w:t xml:space="preserve"> | </w:t>
      </w:r>
      <w:r>
        <w:rPr>
          <w:b w:val="0"/>
          <w:color w:val="2446A6"/>
        </w:rPr>
        <w:t>[Company 2]</w:t>
      </w:r>
      <w:r>
        <w:rPr>
          <w:b w:val="0"/>
        </w:rPr>
        <w:t xml:space="preserve">, </w:t>
      </w:r>
      <w:r>
        <w:rPr>
          <w:b w:val="0"/>
          <w:color w:val="2446A6"/>
        </w:rPr>
        <w:t>[City]</w:t>
      </w:r>
      <w:r>
        <w:rPr>
          <w:b w:val="0"/>
        </w:rPr>
        <w:t xml:space="preserve"> | </w:t>
      </w:r>
      <w:r>
        <w:rPr>
          <w:b w:val="0"/>
          <w:color w:val="2446A6"/>
        </w:rPr>
        <w:t>[Month Year]</w:t>
      </w:r>
      <w:r>
        <w:rPr>
          <w:b w:val="0"/>
        </w:rPr>
        <w:t xml:space="preserve"> – </w:t>
      </w:r>
      <w:r>
        <w:rPr>
          <w:b w:val="0"/>
          <w:color w:val="2446A6"/>
        </w:rPr>
        <w:t>[Month Year]</w:t>
      </w:r>
      <w:r>
        <w:rPr>
          <w:b w:val="0"/>
        </w:rPr>
        <w:br/>
        <w:t xml:space="preserve">• </w:t>
      </w:r>
      <w:r>
        <w:rPr>
          <w:b w:val="0"/>
          <w:color w:val="2446A6"/>
        </w:rPr>
        <w:t>[Achievement 1 with action verb and number]</w:t>
      </w:r>
      <w:r>
        <w:rPr>
          <w:b w:val="0"/>
        </w:rPr>
        <w:t>.</w:t>
        <w:br/>
        <w:t xml:space="preserve">• </w:t>
      </w:r>
      <w:r>
        <w:rPr>
          <w:b w:val="0"/>
          <w:color w:val="2446A6"/>
        </w:rPr>
        <w:t>[Achievement 2 with action verb and number]</w:t>
      </w:r>
      <w:r>
        <w:rPr>
          <w:b w:val="0"/>
        </w:rPr>
        <w:t>.</w:t>
        <w:br/>
        <w:t xml:space="preserve">• </w:t>
      </w:r>
      <w:r>
        <w:rPr>
          <w:b w:val="0"/>
          <w:color w:val="2446A6"/>
        </w:rPr>
        <w:t>[Achievement 3 with action verb and number]</w:t>
      </w:r>
      <w:r>
        <w:rPr>
          <w:b w:val="0"/>
        </w:rPr>
        <w:t>.</w:t>
      </w:r>
    </w:p>
    <w:p>
      <w:r>
        <w:rPr>
          <w:b w:val="0"/>
        </w:rPr>
        <w:t>Education</w:t>
        <w:br/>
      </w:r>
      <w:r>
        <w:rPr>
          <w:b w:val="0"/>
          <w:color w:val="2446A6"/>
        </w:rPr>
        <w:t>[Degree]</w:t>
      </w:r>
      <w:r>
        <w:rPr>
          <w:b w:val="0"/>
        </w:rPr>
        <w:t xml:space="preserve"> in </w:t>
      </w:r>
      <w:r>
        <w:rPr>
          <w:b w:val="0"/>
          <w:color w:val="2446A6"/>
        </w:rPr>
        <w:t>[Field]</w:t>
      </w:r>
      <w:r>
        <w:rPr>
          <w:b w:val="0"/>
        </w:rPr>
        <w:t xml:space="preserve"> | </w:t>
      </w:r>
      <w:r>
        <w:rPr>
          <w:b w:val="0"/>
          <w:color w:val="2446A6"/>
        </w:rPr>
        <w:t>[University]</w:t>
      </w:r>
      <w:r>
        <w:rPr>
          <w:b w:val="0"/>
        </w:rPr>
        <w:t xml:space="preserve">, </w:t>
      </w:r>
      <w:r>
        <w:rPr>
          <w:b w:val="0"/>
          <w:color w:val="2446A6"/>
        </w:rPr>
        <w:t>[City]</w:t>
      </w:r>
      <w:r>
        <w:rPr>
          <w:b w:val="0"/>
        </w:rPr>
        <w:t xml:space="preserve"> | </w:t>
      </w:r>
      <w:r>
        <w:rPr>
          <w:b w:val="0"/>
          <w:color w:val="2446A6"/>
        </w:rPr>
        <w:t>[Year]</w:t>
      </w:r>
      <w:r>
        <w:rPr>
          <w:b w:val="0"/>
        </w:rPr>
        <w:br/>
        <w:t xml:space="preserve">Relevant coursework: </w:t>
      </w:r>
      <w:r>
        <w:rPr>
          <w:b w:val="0"/>
          <w:color w:val="2446A6"/>
        </w:rPr>
        <w:t>[Course 1]</w:t>
      </w:r>
      <w:r>
        <w:rPr>
          <w:b w:val="0"/>
        </w:rPr>
        <w:t xml:space="preserve">, </w:t>
      </w:r>
      <w:r>
        <w:rPr>
          <w:b w:val="0"/>
          <w:color w:val="2446A6"/>
        </w:rPr>
        <w:t>[Course 2]</w:t>
      </w:r>
      <w:r>
        <w:rPr>
          <w:b w:val="0"/>
        </w:rPr>
        <w:t>.</w:t>
        <w:br/>
        <w:br/>
        <w:t xml:space="preserve">Certification: </w:t>
      </w:r>
      <w:r>
        <w:rPr>
          <w:b w:val="0"/>
          <w:color w:val="2446A6"/>
        </w:rPr>
        <w:t>[Certification Name]</w:t>
      </w:r>
      <w:r>
        <w:rPr>
          <w:b w:val="0"/>
        </w:rPr>
        <w:t xml:space="preserve"> | </w:t>
      </w:r>
      <w:r>
        <w:rPr>
          <w:b w:val="0"/>
          <w:color w:val="2446A6"/>
        </w:rPr>
        <w:t>[Issuing Body]</w:t>
      </w:r>
      <w:r>
        <w:rPr>
          <w:b w:val="0"/>
        </w:rPr>
        <w:t xml:space="preserve"> | </w:t>
      </w:r>
      <w:r>
        <w:rPr>
          <w:b w:val="0"/>
          <w:color w:val="2446A6"/>
        </w:rPr>
        <w:t>[Year]</w:t>
      </w:r>
    </w:p>
    <w:p>
      <w:r>
        <w:rPr>
          <w:b w:val="0"/>
        </w:rPr>
        <w:t>Languages</w:t>
        <w:br/>
        <w:t xml:space="preserve">- English: </w:t>
      </w:r>
      <w:r>
        <w:rPr>
          <w:b w:val="0"/>
          <w:color w:val="2446A6"/>
        </w:rPr>
        <w:t>[level, e.g., C1 – Advanced]</w:t>
      </w:r>
      <w:r>
        <w:rPr>
          <w:b w:val="0"/>
        </w:rPr>
        <w:br/>
        <w:t xml:space="preserve">- French: </w:t>
      </w:r>
      <w:r>
        <w:rPr>
          <w:b w:val="0"/>
          <w:color w:val="2446A6"/>
        </w:rPr>
        <w:t>[level, e.g., Native]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[Other language]</w:t>
      </w:r>
      <w:r>
        <w:rPr>
          <w:b w:val="0"/>
        </w:rPr>
        <w:t xml:space="preserve">: </w:t>
      </w:r>
      <w:r>
        <w:rPr>
          <w:b w:val="0"/>
          <w:color w:val="2446A6"/>
        </w:rPr>
        <w:t>[level]</w:t>
      </w:r>
    </w:p>
    <w:p>
      <w:r>
        <w:rPr>
          <w:b w:val="0"/>
        </w:rPr>
        <w:t>Technical Skills</w:t>
        <w:br/>
        <w:t xml:space="preserve">- </w:t>
      </w:r>
      <w:r>
        <w:rPr>
          <w:b w:val="0"/>
          <w:color w:val="2446A6"/>
        </w:rPr>
        <w:t>[Skill]</w:t>
      </w:r>
      <w:r>
        <w:rPr>
          <w:b w:val="0"/>
        </w:rPr>
        <w:t xml:space="preserve">: </w:t>
      </w:r>
      <w:r>
        <w:rPr>
          <w:b w:val="0"/>
          <w:color w:val="2446A6"/>
        </w:rPr>
        <w:t>[proficiency, e.g., Advanced]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[Skill]</w:t>
      </w:r>
      <w:r>
        <w:rPr>
          <w:b w:val="0"/>
        </w:rPr>
        <w:t xml:space="preserve">: </w:t>
      </w:r>
      <w:r>
        <w:rPr>
          <w:b w:val="0"/>
          <w:color w:val="2446A6"/>
        </w:rPr>
        <w:t>[e.g., Intermediate]</w:t>
      </w:r>
      <w:r>
        <w:rPr>
          <w:b w:val="0"/>
        </w:rPr>
        <w:br/>
        <w:t xml:space="preserve">- </w:t>
      </w:r>
      <w:r>
        <w:rPr>
          <w:b w:val="0"/>
          <w:color w:val="2446A6"/>
        </w:rPr>
        <w:t>[Skill]</w:t>
      </w:r>
      <w:r>
        <w:rPr>
          <w:b w:val="0"/>
        </w:rPr>
        <w:t xml:space="preserve">: </w:t>
      </w:r>
      <w:r>
        <w:rPr>
          <w:b w:val="0"/>
          <w:color w:val="2446A6"/>
        </w:rPr>
        <w:t>[e.g., Proficient]</w:t>
      </w:r>
    </w:p>
    <w:p>
      <w:r>
        <w:rPr>
          <w:b w:val="0"/>
        </w:rPr>
        <w:t>Yours faithfully,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en anglais : exemple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